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387FC" w14:textId="77777777" w:rsidR="00001E62" w:rsidRDefault="009F7F22">
      <w:pPr>
        <w:spacing w:before="140" w:after="100"/>
      </w:pPr>
      <w:r>
        <w:rPr>
          <w:b/>
          <w:color w:val="002855"/>
          <w:sz w:val="30"/>
          <w:lang w:val="es-ES"/>
        </w:rPr>
        <w:t>PLAN DE TRABAJO INDIVIDUALIZADO</w:t>
      </w:r>
    </w:p>
    <w:p w14:paraId="01F487B9" w14:textId="77777777" w:rsidR="00001E62" w:rsidRDefault="009F7F22">
      <w:pPr>
        <w:pBdr>
          <w:bottom w:val="single" w:sz="12" w:space="5" w:color="002855"/>
        </w:pBdr>
        <w:spacing w:after="140" w:line="252" w:lineRule="auto"/>
      </w:pPr>
      <w:r>
        <w:rPr>
          <w:b/>
          <w:sz w:val="22"/>
          <w:lang w:val="es-ES"/>
        </w:rPr>
        <w:t>Prestación de servicio a distancia · Inspección de Educación de Castilla-La Mancha</w:t>
      </w:r>
    </w:p>
    <w:p w14:paraId="1D076806" w14:textId="77777777" w:rsidR="00001E62" w:rsidRDefault="009F7F22">
      <w:pPr>
        <w:keepNext/>
        <w:pBdr>
          <w:bottom w:val="single" w:sz="10" w:space="4" w:color="002855"/>
        </w:pBdr>
        <w:spacing w:before="180" w:after="80"/>
      </w:pPr>
      <w:r>
        <w:rPr>
          <w:b/>
          <w:color w:val="002855"/>
          <w:sz w:val="25"/>
          <w:lang w:val="es-ES"/>
        </w:rPr>
        <w:t>1. Datos identificativos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2835"/>
        <w:gridCol w:w="1871"/>
        <w:gridCol w:w="3118"/>
      </w:tblGrid>
      <w:tr w:rsidR="00001E62" w14:paraId="683547EF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2E8147" w14:textId="77777777" w:rsidR="00001E62" w:rsidRDefault="009F7F22">
            <w:pPr>
              <w:keepNext/>
              <w:spacing w:after="0" w:line="240" w:lineRule="auto"/>
            </w:pPr>
            <w:r>
              <w:rPr>
                <w:b/>
                <w:sz w:val="17"/>
                <w:lang w:val="es-ES"/>
              </w:rPr>
              <w:t>Nombre y apellidos:</w:t>
            </w:r>
          </w:p>
        </w:tc>
        <w:tc>
          <w:tcPr>
            <w:tcW w:w="7824" w:type="dxa"/>
            <w:gridSpan w:val="3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225C21" w14:textId="13239D01" w:rsidR="00001E62" w:rsidRDefault="00E22A49">
            <w:pPr>
              <w:keepNext/>
              <w:spacing w:after="0" w:line="240" w:lineRule="auto"/>
            </w:pPr>
            <w:sdt>
              <w:sdtPr>
                <w:id w:val="3001"/>
                <w:placeholder>
                  <w:docPart w:val="2F88DC12BACA4EE8AC5D2616BCCA15F8"/>
                </w:placeholder>
                <w:showingPlcHdr/>
                <w:text/>
              </w:sdtPr>
              <w:sdtEndPr/>
              <w:sdtContent>
                <w:r w:rsidR="00712641">
                  <w:rPr>
                    <w:i/>
                    <w:color w:val="8A94A0"/>
                    <w:lang w:val="es-ES"/>
                  </w:rPr>
                  <w:t>Escriba aquí el nombre y apellidos...</w:t>
                </w:r>
              </w:sdtContent>
            </w:sdt>
          </w:p>
        </w:tc>
      </w:tr>
      <w:tr w:rsidR="00001E62" w14:paraId="7F9A8527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1595E1" w14:textId="77777777" w:rsidR="00001E62" w:rsidRDefault="009F7F22">
            <w:pPr>
              <w:keepNext/>
              <w:spacing w:after="0" w:line="240" w:lineRule="auto"/>
            </w:pPr>
            <w:r>
              <w:rPr>
                <w:b/>
                <w:sz w:val="17"/>
                <w:lang w:val="es-ES"/>
              </w:rPr>
              <w:t>NIF:</w:t>
            </w:r>
          </w:p>
        </w:tc>
        <w:tc>
          <w:tcPr>
            <w:tcW w:w="2835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23D4D1" w14:textId="58A791FB" w:rsidR="00001E62" w:rsidRDefault="00E22A49">
            <w:pPr>
              <w:keepNext/>
              <w:spacing w:after="0" w:line="240" w:lineRule="auto"/>
            </w:pPr>
            <w:sdt>
              <w:sdtPr>
                <w:id w:val="3002"/>
                <w:placeholder>
                  <w:docPart w:val="5FE3604C33C94A93996D90EC326A4781"/>
                </w:placeholder>
                <w:showingPlcHdr/>
                <w:text/>
              </w:sdtPr>
              <w:sdtEndPr/>
              <w:sdtContent>
                <w:r w:rsidR="00ED7979">
                  <w:rPr>
                    <w:i/>
                    <w:color w:val="8A94A0"/>
                    <w:lang w:val="es-ES"/>
                  </w:rPr>
                  <w:t>00000000X</w:t>
                </w:r>
              </w:sdtContent>
            </w:sdt>
          </w:p>
        </w:tc>
        <w:tc>
          <w:tcPr>
            <w:tcW w:w="187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A84E56" w14:textId="77777777" w:rsidR="00001E62" w:rsidRDefault="009F7F22">
            <w:pPr>
              <w:keepNext/>
              <w:spacing w:after="0" w:line="240" w:lineRule="auto"/>
            </w:pPr>
            <w:r>
              <w:rPr>
                <w:b/>
                <w:sz w:val="17"/>
                <w:lang w:val="es-ES"/>
              </w:rPr>
              <w:t>Provincia:</w:t>
            </w:r>
          </w:p>
        </w:tc>
        <w:tc>
          <w:tcPr>
            <w:tcW w:w="3118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D20F1B" w14:textId="77777777" w:rsidR="00001E62" w:rsidRDefault="00E22A49">
            <w:pPr>
              <w:keepNext/>
              <w:spacing w:after="0" w:line="240" w:lineRule="auto"/>
            </w:pPr>
            <w:sdt>
              <w:sdtPr>
                <w:id w:val="3003"/>
                <w:placeholder>
                  <w:docPart w:val="E7B861630B5C4CE1A524333938711589"/>
                </w:placeholder>
                <w:showingPlcHdr/>
                <w:dropDownList>
                  <w:listItem w:displayText="Seleccione provincia..." w:value=""/>
                  <w:listItem w:displayText="Albacete" w:value="Albacete"/>
                  <w:listItem w:displayText="Ciudad Real" w:value="Ciudad Real"/>
                  <w:listItem w:displayText="Cuenca" w:value="Cuenca"/>
                  <w:listItem w:displayText="Guadalajara" w:value="Guadalajara"/>
                  <w:listItem w:displayText="Toledo" w:value="Toledo"/>
                </w:dropDownList>
              </w:sdtPr>
              <w:sdtEndPr/>
              <w:sdtContent>
                <w:r w:rsidR="009F7F22">
                  <w:rPr>
                    <w:i/>
                    <w:color w:val="8A94A0"/>
                    <w:lang w:val="es-ES"/>
                  </w:rPr>
                  <w:t>Seleccione provincia...</w:t>
                </w:r>
              </w:sdtContent>
            </w:sdt>
          </w:p>
        </w:tc>
      </w:tr>
      <w:tr w:rsidR="00001E62" w14:paraId="57A0090C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F31D3B" w14:textId="77777777" w:rsidR="00001E62" w:rsidRDefault="009F7F22">
            <w:pPr>
              <w:keepNext/>
              <w:spacing w:after="0" w:line="240" w:lineRule="auto"/>
            </w:pPr>
            <w:r>
              <w:rPr>
                <w:b/>
                <w:sz w:val="17"/>
                <w:lang w:val="es-ES"/>
              </w:rPr>
              <w:t>Zona de adscripción:</w:t>
            </w:r>
          </w:p>
        </w:tc>
        <w:tc>
          <w:tcPr>
            <w:tcW w:w="7824" w:type="dxa"/>
            <w:gridSpan w:val="3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B54836" w14:textId="77777777" w:rsidR="00001E62" w:rsidRDefault="00E22A49">
            <w:pPr>
              <w:keepNext/>
              <w:spacing w:after="0" w:line="240" w:lineRule="auto"/>
            </w:pPr>
            <w:sdt>
              <w:sdtPr>
                <w:id w:val="3004"/>
                <w:placeholder>
                  <w:docPart w:val="BDD1909950C741C6840F0E687420AD3F"/>
                </w:placeholder>
                <w:showingPlcHdr/>
                <w:text/>
              </w:sdtPr>
              <w:sdtEndPr/>
              <w:sdtContent>
                <w:r w:rsidR="009F7F22">
                  <w:rPr>
                    <w:i/>
                    <w:color w:val="8A94A0"/>
                    <w:lang w:val="es-ES"/>
                  </w:rPr>
                  <w:t>Escriba la zona de adscripción...</w:t>
                </w:r>
              </w:sdtContent>
            </w:sdt>
          </w:p>
        </w:tc>
      </w:tr>
      <w:tr w:rsidR="00001E62" w14:paraId="4557867B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87EB80" w14:textId="77777777" w:rsidR="00001E62" w:rsidRDefault="009F7F22">
            <w:pPr>
              <w:spacing w:after="0" w:line="240" w:lineRule="auto"/>
            </w:pPr>
            <w:r>
              <w:rPr>
                <w:b/>
                <w:sz w:val="17"/>
                <w:lang w:val="es-ES"/>
              </w:rPr>
              <w:t>Periodo de vigencia:</w:t>
            </w:r>
          </w:p>
        </w:tc>
        <w:tc>
          <w:tcPr>
            <w:tcW w:w="7824" w:type="dxa"/>
            <w:gridSpan w:val="3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6254AF" w14:textId="77777777" w:rsidR="00001E62" w:rsidRDefault="009F7F22">
            <w:pPr>
              <w:spacing w:after="0" w:line="240" w:lineRule="auto"/>
            </w:pPr>
            <w:r>
              <w:rPr>
                <w:lang w:val="es-ES"/>
              </w:rPr>
              <w:t xml:space="preserve">De </w:t>
            </w:r>
            <w:sdt>
              <w:sdtPr>
                <w:id w:val="3005"/>
                <w:placeholder>
                  <w:docPart w:val="7F6C278F74F649ACA1823B7F7D0390EA"/>
                </w:placeholder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i/>
                    <w:color w:val="8A94A0"/>
                    <w:lang w:val="es-ES"/>
                  </w:rPr>
                  <w:t>dd/mm/aaaa</w:t>
                </w:r>
              </w:sdtContent>
            </w:sdt>
            <w:r>
              <w:rPr>
                <w:lang w:val="es-ES"/>
              </w:rPr>
              <w:t xml:space="preserve"> a </w:t>
            </w:r>
            <w:sdt>
              <w:sdtPr>
                <w:id w:val="3006"/>
                <w:placeholder>
                  <w:docPart w:val="752CC7F856E1499587B033B0FE3B254A"/>
                </w:placeholder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i/>
                    <w:color w:val="8A94A0"/>
                    <w:lang w:val="es-ES"/>
                  </w:rPr>
                  <w:t>dd/mm/aaaa</w:t>
                </w:r>
              </w:sdtContent>
            </w:sdt>
          </w:p>
        </w:tc>
      </w:tr>
    </w:tbl>
    <w:p w14:paraId="49CEEC68" w14:textId="77777777" w:rsidR="00001E62" w:rsidRDefault="009F7F22">
      <w:pPr>
        <w:keepNext/>
        <w:pBdr>
          <w:bottom w:val="single" w:sz="10" w:space="4" w:color="002855"/>
        </w:pBdr>
        <w:spacing w:before="180" w:after="80"/>
      </w:pPr>
      <w:r>
        <w:rPr>
          <w:b/>
          <w:color w:val="002855"/>
          <w:sz w:val="25"/>
          <w:lang w:val="es-ES"/>
        </w:rPr>
        <w:t>2. Día de prestación de servicio a distancia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96"/>
        <w:gridCol w:w="1996"/>
        <w:gridCol w:w="1996"/>
        <w:gridCol w:w="1995"/>
        <w:gridCol w:w="1995"/>
      </w:tblGrid>
      <w:tr w:rsidR="00001E62" w14:paraId="6B49105E" w14:textId="77777777">
        <w:trPr>
          <w:cantSplit/>
          <w:jc w:val="center"/>
        </w:trPr>
        <w:tc>
          <w:tcPr>
            <w:tcW w:w="199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5035D0" w14:textId="6C60E7BE" w:rsidR="00001E62" w:rsidRDefault="00E22A49">
            <w:pPr>
              <w:spacing w:after="0" w:line="240" w:lineRule="auto"/>
              <w:jc w:val="center"/>
            </w:pPr>
            <w:sdt>
              <w:sdtPr>
                <w:id w:val="300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3B7CB7">
                  <w:rPr>
                    <w:rFonts w:ascii="Segoe UI Symbol" w:hAnsi="Segoe UI Symbol"/>
                  </w:rPr>
                  <w:t>☐</w:t>
                </w:r>
              </w:sdtContent>
            </w:sdt>
            <w:r w:rsidR="009F7F22">
              <w:rPr>
                <w:lang w:val="es-ES"/>
              </w:rPr>
              <w:t xml:space="preserve"> Lunes</w:t>
            </w:r>
          </w:p>
        </w:tc>
        <w:tc>
          <w:tcPr>
            <w:tcW w:w="199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2D32D8" w14:textId="58164C4D" w:rsidR="00001E62" w:rsidRDefault="00E22A49">
            <w:pPr>
              <w:spacing w:after="0" w:line="240" w:lineRule="auto"/>
              <w:jc w:val="center"/>
            </w:pPr>
            <w:sdt>
              <w:sdtPr>
                <w:id w:val="300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7979">
                  <w:rPr>
                    <w:rFonts w:ascii="Segoe UI Symbol" w:hAnsi="Segoe UI Symbol"/>
                  </w:rPr>
                  <w:t>☐</w:t>
                </w:r>
              </w:sdtContent>
            </w:sdt>
            <w:r w:rsidR="009F7F22">
              <w:rPr>
                <w:lang w:val="es-ES"/>
              </w:rPr>
              <w:t xml:space="preserve"> Martes</w:t>
            </w:r>
          </w:p>
        </w:tc>
        <w:tc>
          <w:tcPr>
            <w:tcW w:w="199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0470D8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0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  <w:r w:rsidR="009F7F22">
              <w:rPr>
                <w:lang w:val="es-ES"/>
              </w:rPr>
              <w:t xml:space="preserve"> Miércoles</w:t>
            </w:r>
          </w:p>
        </w:tc>
        <w:tc>
          <w:tcPr>
            <w:tcW w:w="1995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69E95B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1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  <w:r w:rsidR="009F7F22">
              <w:rPr>
                <w:lang w:val="es-ES"/>
              </w:rPr>
              <w:t xml:space="preserve"> Jueves</w:t>
            </w:r>
          </w:p>
        </w:tc>
        <w:tc>
          <w:tcPr>
            <w:tcW w:w="1995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2A2E90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1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  <w:r w:rsidR="009F7F22">
              <w:rPr>
                <w:lang w:val="es-ES"/>
              </w:rPr>
              <w:t xml:space="preserve"> Viernes</w:t>
            </w:r>
          </w:p>
        </w:tc>
      </w:tr>
    </w:tbl>
    <w:p w14:paraId="6D05DFFB" w14:textId="77777777" w:rsidR="00001E62" w:rsidRDefault="009F7F22">
      <w:pPr>
        <w:keepNext/>
        <w:pBdr>
          <w:bottom w:val="single" w:sz="10" w:space="4" w:color="002855"/>
        </w:pBdr>
        <w:spacing w:before="180" w:after="80"/>
      </w:pPr>
      <w:r>
        <w:rPr>
          <w:b/>
          <w:color w:val="002855"/>
          <w:sz w:val="25"/>
          <w:lang w:val="es-ES"/>
        </w:rPr>
        <w:t>3. Actuaciones susceptibles de realización a distancia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9468"/>
      </w:tblGrid>
      <w:tr w:rsidR="00001E62" w14:paraId="6BA81DC6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6E8783" w14:textId="0B5D2769" w:rsidR="00001E62" w:rsidRDefault="00E22A49">
            <w:pPr>
              <w:spacing w:after="0" w:line="240" w:lineRule="auto"/>
              <w:jc w:val="center"/>
            </w:pPr>
            <w:sdt>
              <w:sdtPr>
                <w:id w:val="301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405B11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5172A6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Estudio y análisis de documentación</w:t>
            </w:r>
          </w:p>
        </w:tc>
      </w:tr>
      <w:tr w:rsidR="00001E62" w14:paraId="3ADE16F5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8B1C1C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1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C2164C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Elaboración de informes</w:t>
            </w:r>
          </w:p>
        </w:tc>
      </w:tr>
      <w:tr w:rsidR="00001E62" w14:paraId="3892AA40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239B6E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1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0EB069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Elaboración de propuestas y requerimientos</w:t>
            </w:r>
          </w:p>
        </w:tc>
      </w:tr>
      <w:tr w:rsidR="00001E62" w14:paraId="52F8C5B3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9A27B3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1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F1DEAF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Planificación de actuaciones inspectoras</w:t>
            </w:r>
          </w:p>
        </w:tc>
      </w:tr>
      <w:tr w:rsidR="00001E62" w14:paraId="2D250BED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C553F9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1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33392C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Tramitación electrónica de expedientes</w:t>
            </w:r>
          </w:p>
        </w:tc>
      </w:tr>
      <w:tr w:rsidR="00001E62" w14:paraId="02205CEF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474CC2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1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5850CC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Análisis normativo</w:t>
            </w:r>
          </w:p>
        </w:tc>
      </w:tr>
      <w:tr w:rsidR="00001E62" w14:paraId="18BD60A0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99EBFE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1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FF4315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Reuniones telemáticas</w:t>
            </w:r>
          </w:p>
        </w:tc>
      </w:tr>
      <w:tr w:rsidR="00001E62" w14:paraId="585D545D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3089C8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1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228536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Asesoramiento telemático</w:t>
            </w:r>
          </w:p>
        </w:tc>
      </w:tr>
      <w:tr w:rsidR="00001E62" w14:paraId="4298D059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7A5545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2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25F79B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Seguimiento de programas</w:t>
            </w:r>
          </w:p>
        </w:tc>
      </w:tr>
    </w:tbl>
    <w:p w14:paraId="7B7DB467" w14:textId="77777777" w:rsidR="00001E62" w:rsidRDefault="009F7F22">
      <w:pPr>
        <w:keepNext/>
        <w:pBdr>
          <w:bottom w:val="single" w:sz="10" w:space="4" w:color="002855"/>
        </w:pBdr>
        <w:spacing w:before="180" w:after="80"/>
      </w:pPr>
      <w:r>
        <w:rPr>
          <w:b/>
          <w:color w:val="002855"/>
          <w:sz w:val="25"/>
          <w:lang w:val="es-ES"/>
        </w:rPr>
        <w:t>4. Objetivos generales obligatorios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9468"/>
      </w:tblGrid>
      <w:tr w:rsidR="00001E62" w14:paraId="6C3E0C7E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7EDDF6" w14:textId="551EA16C" w:rsidR="00001E62" w:rsidRDefault="00E22A49">
            <w:pPr>
              <w:spacing w:after="0" w:line="240" w:lineRule="auto"/>
              <w:jc w:val="center"/>
            </w:pPr>
            <w:sdt>
              <w:sdtPr>
                <w:id w:val="302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712641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15FAA9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Cumplir los plazos establecidos para las actuaciones inspectoras</w:t>
            </w:r>
          </w:p>
        </w:tc>
      </w:tr>
      <w:tr w:rsidR="00001E62" w14:paraId="59046B88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723B95" w14:textId="7B1C9CD1" w:rsidR="00001E62" w:rsidRDefault="00E22A49">
            <w:pPr>
              <w:spacing w:after="0" w:line="240" w:lineRule="auto"/>
              <w:jc w:val="center"/>
            </w:pPr>
            <w:sdt>
              <w:sdtPr>
                <w:id w:val="302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405B11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6475B4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Garantizar la calidad técnica y adecuación normativa de los documentos</w:t>
            </w:r>
          </w:p>
        </w:tc>
      </w:tr>
      <w:tr w:rsidR="00001E62" w14:paraId="03F43B99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9E250A" w14:textId="5D3A154D" w:rsidR="00001E62" w:rsidRDefault="00E22A49">
            <w:pPr>
              <w:spacing w:after="0" w:line="240" w:lineRule="auto"/>
              <w:jc w:val="center"/>
            </w:pPr>
            <w:sdt>
              <w:sdtPr>
                <w:id w:val="302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3B7CB7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FFA1EF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Mantener actualizados expedientes y registros</w:t>
            </w:r>
          </w:p>
        </w:tc>
      </w:tr>
      <w:tr w:rsidR="00001E62" w14:paraId="3F5827DB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9F1407" w14:textId="010BBD2F" w:rsidR="00001E62" w:rsidRDefault="00E22A49">
            <w:pPr>
              <w:spacing w:after="0" w:line="240" w:lineRule="auto"/>
              <w:jc w:val="center"/>
            </w:pPr>
            <w:sdt>
              <w:sdtPr>
                <w:id w:val="302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3B7CB7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D03A45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Contribuir al desarrollo del Plan General y Provincial</w:t>
            </w:r>
          </w:p>
        </w:tc>
      </w:tr>
      <w:tr w:rsidR="00001E62" w14:paraId="65C6B0EE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FDDEA4" w14:textId="5D6D5EDB" w:rsidR="00001E62" w:rsidRDefault="00E22A49">
            <w:pPr>
              <w:spacing w:after="0" w:line="240" w:lineRule="auto"/>
              <w:jc w:val="center"/>
            </w:pPr>
            <w:sdt>
              <w:sdtPr>
                <w:id w:val="302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3B7CB7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530A81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Participar en la coordinación y trabajo en equipo</w:t>
            </w:r>
          </w:p>
        </w:tc>
      </w:tr>
      <w:tr w:rsidR="00001E62" w14:paraId="24131925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7E91E6" w14:textId="0584172E" w:rsidR="00001E62" w:rsidRDefault="00E22A49">
            <w:pPr>
              <w:spacing w:after="0" w:line="240" w:lineRule="auto"/>
              <w:jc w:val="center"/>
            </w:pPr>
            <w:sdt>
              <w:sdtPr>
                <w:id w:val="302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3B7CB7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AFEC90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Utilizar procedimientos y aplicaciones corporativas</w:t>
            </w:r>
          </w:p>
        </w:tc>
      </w:tr>
      <w:tr w:rsidR="00001E62" w14:paraId="28F56856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B86933" w14:textId="5265142A" w:rsidR="00001E62" w:rsidRDefault="00E22A49">
            <w:pPr>
              <w:spacing w:after="0" w:line="240" w:lineRule="auto"/>
              <w:jc w:val="center"/>
            </w:pPr>
            <w:sdt>
              <w:sdtPr>
                <w:id w:val="302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3B7CB7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A88B51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Garantizar la atención a centros y comunidad educativa</w:t>
            </w:r>
          </w:p>
        </w:tc>
      </w:tr>
      <w:tr w:rsidR="00001E62" w14:paraId="1ACE72FF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B070C6" w14:textId="188BBC7D" w:rsidR="00001E62" w:rsidRDefault="00E22A49">
            <w:pPr>
              <w:spacing w:after="0" w:line="240" w:lineRule="auto"/>
              <w:jc w:val="center"/>
            </w:pPr>
            <w:sdt>
              <w:sdtPr>
                <w:id w:val="302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3B7CB7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E34B59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Cumplir las obligaciones de seguridad y protección de datos</w:t>
            </w:r>
          </w:p>
        </w:tc>
      </w:tr>
      <w:tr w:rsidR="00001E62" w14:paraId="7C87C1CC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1E560F" w14:textId="6A6D935E" w:rsidR="00001E62" w:rsidRDefault="00E22A49">
            <w:pPr>
              <w:spacing w:after="0" w:line="240" w:lineRule="auto"/>
              <w:jc w:val="center"/>
            </w:pPr>
            <w:sdt>
              <w:sdtPr>
                <w:id w:val="302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3B7CB7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D86AD9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Optimizar la jornada de trabajo a distancia</w:t>
            </w:r>
          </w:p>
        </w:tc>
      </w:tr>
      <w:tr w:rsidR="00001E62" w14:paraId="5B53AB3C" w14:textId="77777777">
        <w:trPr>
          <w:cantSplit/>
          <w:jc w:val="center"/>
        </w:trPr>
        <w:tc>
          <w:tcPr>
            <w:tcW w:w="510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22AD6F" w14:textId="1CE23510" w:rsidR="00001E62" w:rsidRDefault="00E22A49">
            <w:pPr>
              <w:spacing w:after="0" w:line="240" w:lineRule="auto"/>
              <w:jc w:val="center"/>
            </w:pPr>
            <w:sdt>
              <w:sdtPr>
                <w:id w:val="303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3B7CB7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w="9468" w:type="dxa"/>
            <w:tcBorders>
              <w:bottom w:val="single" w:sz="2" w:space="0" w:color="E7EAE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64851D" w14:textId="77777777" w:rsidR="00001E62" w:rsidRDefault="009F7F22">
            <w:pPr>
              <w:spacing w:after="0" w:line="250" w:lineRule="auto"/>
              <w:jc w:val="both"/>
            </w:pPr>
            <w:r>
              <w:rPr>
                <w:lang w:val="es-ES"/>
              </w:rPr>
              <w:t>Favorecer la dedicación presencial a visitas y supervisión</w:t>
            </w:r>
          </w:p>
        </w:tc>
      </w:tr>
    </w:tbl>
    <w:p w14:paraId="33DD06D2" w14:textId="77777777" w:rsidR="00001E62" w:rsidRDefault="009F7F22">
      <w:pPr>
        <w:keepNext/>
        <w:pBdr>
          <w:bottom w:val="single" w:sz="10" w:space="4" w:color="002855"/>
        </w:pBdr>
        <w:spacing w:before="180" w:after="80"/>
      </w:pPr>
      <w:r>
        <w:rPr>
          <w:b/>
          <w:color w:val="002855"/>
          <w:sz w:val="25"/>
          <w:lang w:val="es-ES"/>
        </w:rPr>
        <w:lastRenderedPageBreak/>
        <w:t>5. Horario de interconexión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7824"/>
      </w:tblGrid>
      <w:tr w:rsidR="00001E62" w14:paraId="2EEA1095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5B80F4" w14:textId="77777777" w:rsidR="00001E62" w:rsidRDefault="009F7F22">
            <w:pPr>
              <w:keepNext/>
              <w:spacing w:after="0" w:line="240" w:lineRule="auto"/>
            </w:pPr>
            <w:r>
              <w:rPr>
                <w:b/>
                <w:sz w:val="17"/>
                <w:lang w:val="es-ES"/>
              </w:rPr>
              <w:t>Horario fijo:</w:t>
            </w:r>
          </w:p>
        </w:tc>
        <w:tc>
          <w:tcPr>
            <w:tcW w:w="782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6EE23C" w14:textId="77777777" w:rsidR="00001E62" w:rsidRDefault="009F7F22">
            <w:pPr>
              <w:keepNext/>
              <w:spacing w:after="0" w:line="240" w:lineRule="auto"/>
            </w:pPr>
            <w:r>
              <w:rPr>
                <w:lang w:val="es-ES"/>
              </w:rPr>
              <w:t>09:00 a 14:00 horas</w:t>
            </w:r>
          </w:p>
        </w:tc>
      </w:tr>
      <w:tr w:rsidR="00001E62" w14:paraId="24FCAF87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8AF679" w14:textId="77777777" w:rsidR="00001E62" w:rsidRDefault="009F7F22">
            <w:pPr>
              <w:keepNext/>
              <w:spacing w:after="0" w:line="240" w:lineRule="auto"/>
            </w:pPr>
            <w:r>
              <w:rPr>
                <w:b/>
                <w:sz w:val="17"/>
                <w:lang w:val="es-ES"/>
              </w:rPr>
              <w:t>Horario flexible:</w:t>
            </w:r>
          </w:p>
        </w:tc>
        <w:tc>
          <w:tcPr>
            <w:tcW w:w="782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1E71B3" w14:textId="77777777" w:rsidR="00001E62" w:rsidRDefault="009F7F22">
            <w:pPr>
              <w:keepNext/>
              <w:spacing w:after="0" w:line="240" w:lineRule="auto"/>
            </w:pPr>
            <w:r>
              <w:rPr>
                <w:lang w:val="es-ES"/>
              </w:rPr>
              <w:t>07:30 - 09:00     14:00 - 15:00</w:t>
            </w:r>
          </w:p>
        </w:tc>
      </w:tr>
      <w:tr w:rsidR="00001E62" w14:paraId="532910F4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E69D2C" w14:textId="77777777" w:rsidR="00001E62" w:rsidRDefault="009F7F22">
            <w:pPr>
              <w:spacing w:after="0" w:line="240" w:lineRule="auto"/>
            </w:pPr>
            <w:r>
              <w:rPr>
                <w:b/>
                <w:sz w:val="17"/>
                <w:lang w:val="es-ES"/>
              </w:rPr>
              <w:t>Observaciones:</w:t>
            </w:r>
          </w:p>
        </w:tc>
        <w:tc>
          <w:tcPr>
            <w:tcW w:w="782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284D45" w14:textId="77777777" w:rsidR="00001E62" w:rsidRDefault="00E22A49">
            <w:pPr>
              <w:spacing w:after="0" w:line="240" w:lineRule="auto"/>
            </w:pPr>
            <w:sdt>
              <w:sdtPr>
                <w:id w:val="3031"/>
                <w:placeholder>
                  <w:docPart w:val="F1718452B4224F2696CA52F21E759B35"/>
                </w:placeholder>
                <w:showingPlcHdr/>
                <w:text/>
              </w:sdtPr>
              <w:sdtEndPr/>
              <w:sdtContent>
                <w:r w:rsidR="009F7F22">
                  <w:rPr>
                    <w:i/>
                    <w:color w:val="8A94A0"/>
                    <w:lang w:val="es-ES"/>
                  </w:rPr>
                  <w:t>Escriba las observaciones del horario...</w:t>
                </w:r>
              </w:sdtContent>
            </w:sdt>
          </w:p>
        </w:tc>
      </w:tr>
    </w:tbl>
    <w:p w14:paraId="697C4604" w14:textId="77777777" w:rsidR="00001E62" w:rsidRDefault="009F7F22">
      <w:pPr>
        <w:keepNext/>
        <w:pBdr>
          <w:bottom w:val="single" w:sz="10" w:space="4" w:color="002855"/>
        </w:pBdr>
        <w:spacing w:before="180" w:after="80"/>
      </w:pPr>
      <w:r>
        <w:rPr>
          <w:b/>
          <w:color w:val="002855"/>
          <w:sz w:val="25"/>
          <w:lang w:val="es-ES"/>
        </w:rPr>
        <w:t>6. Seguimiento y evaluación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7824"/>
      </w:tblGrid>
      <w:tr w:rsidR="00001E62" w14:paraId="6693B73A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96FE70" w14:textId="77777777" w:rsidR="00001E62" w:rsidRDefault="009F7F22">
            <w:pPr>
              <w:keepNext/>
              <w:spacing w:after="0" w:line="240" w:lineRule="auto"/>
            </w:pPr>
            <w:r>
              <w:rPr>
                <w:b/>
                <w:sz w:val="17"/>
                <w:lang w:val="es-ES"/>
              </w:rPr>
              <w:t>Periodicidad:</w:t>
            </w:r>
          </w:p>
        </w:tc>
        <w:tc>
          <w:tcPr>
            <w:tcW w:w="782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ABF99C" w14:textId="77777777" w:rsidR="00001E62" w:rsidRDefault="00E22A49">
            <w:pPr>
              <w:keepNext/>
              <w:spacing w:after="0" w:line="240" w:lineRule="auto"/>
            </w:pPr>
            <w:sdt>
              <w:sdtPr>
                <w:id w:val="3032"/>
                <w14:checkbox>
                  <w14:checked w14:val="1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☒</w:t>
                </w:r>
              </w:sdtContent>
            </w:sdt>
            <w:r w:rsidR="009F7F22">
              <w:rPr>
                <w:lang w:val="es-ES"/>
              </w:rPr>
              <w:t xml:space="preserve"> Trimestral     </w:t>
            </w:r>
            <w:sdt>
              <w:sdtPr>
                <w:id w:val="303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  <w:r w:rsidR="009F7F22">
              <w:rPr>
                <w:lang w:val="es-ES"/>
              </w:rPr>
              <w:t xml:space="preserve"> Semestral</w:t>
            </w:r>
          </w:p>
        </w:tc>
      </w:tr>
      <w:tr w:rsidR="00001E62" w14:paraId="58DB460B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E918F1" w14:textId="77777777" w:rsidR="00001E62" w:rsidRDefault="009F7F22">
            <w:pPr>
              <w:keepNext/>
              <w:spacing w:after="0" w:line="240" w:lineRule="auto"/>
            </w:pPr>
            <w:r>
              <w:rPr>
                <w:b/>
                <w:sz w:val="17"/>
                <w:lang w:val="es-ES"/>
              </w:rPr>
              <w:t>Resultado:</w:t>
            </w:r>
          </w:p>
        </w:tc>
        <w:tc>
          <w:tcPr>
            <w:tcW w:w="782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6EAC78" w14:textId="77777777" w:rsidR="00001E62" w:rsidRDefault="00E22A49">
            <w:pPr>
              <w:keepNext/>
              <w:spacing w:after="0" w:line="240" w:lineRule="auto"/>
            </w:pPr>
            <w:sdt>
              <w:sdtPr>
                <w:id w:val="303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  <w:r w:rsidR="009F7F22">
              <w:rPr>
                <w:lang w:val="es-ES"/>
              </w:rPr>
              <w:t xml:space="preserve"> Favorable     </w:t>
            </w:r>
            <w:sdt>
              <w:sdtPr>
                <w:id w:val="303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  <w:r w:rsidR="009F7F22">
              <w:rPr>
                <w:lang w:val="es-ES"/>
              </w:rPr>
              <w:t xml:space="preserve"> Favorable con observaciones     </w:t>
            </w:r>
            <w:sdt>
              <w:sdtPr>
                <w:id w:val="303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  <w:r w:rsidR="009F7F22">
              <w:rPr>
                <w:lang w:val="es-ES"/>
              </w:rPr>
              <w:t xml:space="preserve"> Desfavorable</w:t>
            </w:r>
          </w:p>
        </w:tc>
      </w:tr>
      <w:tr w:rsidR="00001E62" w14:paraId="4741EC06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1AF4A7" w14:textId="77777777" w:rsidR="00001E62" w:rsidRDefault="009F7F22">
            <w:pPr>
              <w:spacing w:after="0" w:line="240" w:lineRule="auto"/>
            </w:pPr>
            <w:r>
              <w:rPr>
                <w:b/>
                <w:sz w:val="17"/>
                <w:lang w:val="es-ES"/>
              </w:rPr>
              <w:t>Observaciones:</w:t>
            </w:r>
          </w:p>
        </w:tc>
        <w:tc>
          <w:tcPr>
            <w:tcW w:w="782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2890A4" w14:textId="77777777" w:rsidR="00001E62" w:rsidRDefault="00E22A49">
            <w:pPr>
              <w:spacing w:after="0" w:line="240" w:lineRule="auto"/>
            </w:pPr>
            <w:sdt>
              <w:sdtPr>
                <w:id w:val="3037"/>
                <w:placeholder>
                  <w:docPart w:val="D88077828A4F4E89ABD70ECD862071C1"/>
                </w:placeholder>
                <w:showingPlcHdr/>
                <w:text/>
              </w:sdtPr>
              <w:sdtEndPr/>
              <w:sdtContent>
                <w:r w:rsidR="009F7F22">
                  <w:rPr>
                    <w:i/>
                    <w:color w:val="8A94A0"/>
                    <w:lang w:val="es-ES"/>
                  </w:rPr>
                  <w:t>Escriba las observaciones de seguimiento...</w:t>
                </w:r>
              </w:sdtContent>
            </w:sdt>
          </w:p>
        </w:tc>
      </w:tr>
    </w:tbl>
    <w:p w14:paraId="4708732D" w14:textId="77777777" w:rsidR="00001E62" w:rsidRDefault="009F7F22">
      <w:pPr>
        <w:keepNext/>
        <w:pBdr>
          <w:bottom w:val="single" w:sz="10" w:space="4" w:color="002855"/>
        </w:pBdr>
        <w:spacing w:before="180" w:after="80"/>
      </w:pPr>
      <w:r>
        <w:rPr>
          <w:b/>
          <w:color w:val="002855"/>
          <w:sz w:val="25"/>
          <w:lang w:val="es-ES"/>
        </w:rPr>
        <w:t>7. Indicadores de evaluación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76"/>
        <w:gridCol w:w="1701"/>
        <w:gridCol w:w="1701"/>
      </w:tblGrid>
      <w:tr w:rsidR="00001E62" w14:paraId="75244C3C" w14:textId="77777777">
        <w:trPr>
          <w:cantSplit/>
          <w:tblHeader/>
          <w:jc w:val="center"/>
        </w:trPr>
        <w:tc>
          <w:tcPr>
            <w:tcW w:w="657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00285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376CC0" w14:textId="77777777" w:rsidR="00001E62" w:rsidRDefault="009F7F22">
            <w:pPr>
              <w:spacing w:after="0" w:line="240" w:lineRule="auto"/>
            </w:pPr>
            <w:r>
              <w:rPr>
                <w:b/>
                <w:color w:val="FFFFFF"/>
                <w:lang w:val="es-ES"/>
              </w:rPr>
              <w:t>Indicador</w:t>
            </w:r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00285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53CEB4" w14:textId="77777777" w:rsidR="00001E62" w:rsidRDefault="009F7F22">
            <w:pPr>
              <w:spacing w:after="0" w:line="240" w:lineRule="auto"/>
              <w:jc w:val="center"/>
            </w:pPr>
            <w:r>
              <w:rPr>
                <w:b/>
                <w:color w:val="FFFFFF"/>
                <w:lang w:val="es-ES"/>
              </w:rPr>
              <w:t>Cumple</w:t>
            </w:r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00285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2D97C5" w14:textId="77777777" w:rsidR="00001E62" w:rsidRDefault="009F7F22">
            <w:pPr>
              <w:spacing w:after="0" w:line="240" w:lineRule="auto"/>
              <w:jc w:val="center"/>
            </w:pPr>
            <w:r>
              <w:rPr>
                <w:b/>
                <w:color w:val="FFFFFF"/>
                <w:lang w:val="es-ES"/>
              </w:rPr>
              <w:t>No cumple</w:t>
            </w:r>
          </w:p>
        </w:tc>
      </w:tr>
      <w:tr w:rsidR="00001E62" w14:paraId="40F00F6D" w14:textId="77777777">
        <w:trPr>
          <w:cantSplit/>
          <w:jc w:val="center"/>
        </w:trPr>
        <w:tc>
          <w:tcPr>
            <w:tcW w:w="657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8D9AAD" w14:textId="77777777" w:rsidR="00001E62" w:rsidRDefault="009F7F22">
            <w:pPr>
              <w:spacing w:after="0" w:line="240" w:lineRule="auto"/>
            </w:pPr>
            <w:r>
              <w:rPr>
                <w:lang w:val="es-ES"/>
              </w:rPr>
              <w:t>Cumplimiento de plazos</w:t>
            </w:r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73A282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3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2E2FE5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3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</w:tr>
      <w:tr w:rsidR="00001E62" w14:paraId="7611E025" w14:textId="77777777">
        <w:trPr>
          <w:cantSplit/>
          <w:jc w:val="center"/>
        </w:trPr>
        <w:tc>
          <w:tcPr>
            <w:tcW w:w="657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8C9B05" w14:textId="77777777" w:rsidR="00001E62" w:rsidRDefault="009F7F22">
            <w:pPr>
              <w:spacing w:after="0" w:line="240" w:lineRule="auto"/>
            </w:pPr>
            <w:r>
              <w:rPr>
                <w:lang w:val="es-ES"/>
              </w:rPr>
              <w:t>Calidad técnica</w:t>
            </w:r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23F82B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4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F44BEF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4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</w:tr>
      <w:tr w:rsidR="00001E62" w14:paraId="58B30A84" w14:textId="77777777">
        <w:trPr>
          <w:cantSplit/>
          <w:jc w:val="center"/>
        </w:trPr>
        <w:tc>
          <w:tcPr>
            <w:tcW w:w="657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D0E0DB" w14:textId="77777777" w:rsidR="00001E62" w:rsidRDefault="009F7F22">
            <w:pPr>
              <w:spacing w:after="0" w:line="240" w:lineRule="auto"/>
            </w:pPr>
            <w:r>
              <w:rPr>
                <w:lang w:val="es-ES"/>
              </w:rPr>
              <w:t>Actualización expedientes</w:t>
            </w:r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4EFD50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4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58B20B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4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</w:tr>
      <w:tr w:rsidR="00001E62" w14:paraId="038EE82C" w14:textId="77777777">
        <w:trPr>
          <w:cantSplit/>
          <w:jc w:val="center"/>
        </w:trPr>
        <w:tc>
          <w:tcPr>
            <w:tcW w:w="657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A73E78" w14:textId="77777777" w:rsidR="00001E62" w:rsidRDefault="009F7F22">
            <w:pPr>
              <w:spacing w:after="0" w:line="240" w:lineRule="auto"/>
            </w:pPr>
            <w:r>
              <w:rPr>
                <w:lang w:val="es-ES"/>
              </w:rPr>
              <w:t>Participación en coordinación</w:t>
            </w:r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147D9A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4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234806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4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</w:tr>
      <w:tr w:rsidR="00001E62" w14:paraId="0FBB6C85" w14:textId="77777777">
        <w:trPr>
          <w:cantSplit/>
          <w:jc w:val="center"/>
        </w:trPr>
        <w:tc>
          <w:tcPr>
            <w:tcW w:w="657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6D993B" w14:textId="77777777" w:rsidR="00001E62" w:rsidRDefault="009F7F22">
            <w:pPr>
              <w:spacing w:after="0" w:line="240" w:lineRule="auto"/>
            </w:pPr>
            <w:r>
              <w:rPr>
                <w:lang w:val="es-ES"/>
              </w:rPr>
              <w:t>Atención incidencias</w:t>
            </w:r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9C3D95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4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F34C1B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4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</w:tr>
      <w:tr w:rsidR="00001E62" w14:paraId="3425B32A" w14:textId="77777777">
        <w:trPr>
          <w:cantSplit/>
          <w:jc w:val="center"/>
        </w:trPr>
        <w:tc>
          <w:tcPr>
            <w:tcW w:w="657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3EF373" w14:textId="77777777" w:rsidR="00001E62" w:rsidRDefault="009F7F22">
            <w:pPr>
              <w:spacing w:after="0" w:line="240" w:lineRule="auto"/>
            </w:pPr>
            <w:r>
              <w:rPr>
                <w:lang w:val="es-ES"/>
              </w:rPr>
              <w:t>Disponibilidad efectiva</w:t>
            </w:r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0E410C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4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E21AAA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4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</w:tr>
      <w:tr w:rsidR="00001E62" w14:paraId="5EBC3AD5" w14:textId="77777777">
        <w:trPr>
          <w:cantSplit/>
          <w:jc w:val="center"/>
        </w:trPr>
        <w:tc>
          <w:tcPr>
            <w:tcW w:w="657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573012" w14:textId="77777777" w:rsidR="00001E62" w:rsidRDefault="009F7F22">
            <w:pPr>
              <w:spacing w:after="0" w:line="240" w:lineRule="auto"/>
            </w:pPr>
            <w:r>
              <w:rPr>
                <w:lang w:val="es-ES"/>
              </w:rPr>
              <w:t>Uso medios corporativos</w:t>
            </w:r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DBE5E7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5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0F8DB5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5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</w:tr>
      <w:tr w:rsidR="00001E62" w14:paraId="68742F40" w14:textId="77777777">
        <w:trPr>
          <w:cantSplit/>
          <w:jc w:val="center"/>
        </w:trPr>
        <w:tc>
          <w:tcPr>
            <w:tcW w:w="6576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29F4A9" w14:textId="77777777" w:rsidR="00001E62" w:rsidRDefault="009F7F22">
            <w:pPr>
              <w:spacing w:after="0" w:line="240" w:lineRule="auto"/>
            </w:pPr>
            <w:r>
              <w:rPr>
                <w:lang w:val="es-ES"/>
              </w:rPr>
              <w:t>Protección de datos</w:t>
            </w:r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9BFE31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5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736EF2" w14:textId="77777777" w:rsidR="00001E62" w:rsidRDefault="00E22A49">
            <w:pPr>
              <w:spacing w:after="0" w:line="240" w:lineRule="auto"/>
              <w:jc w:val="center"/>
            </w:pPr>
            <w:sdt>
              <w:sdtPr>
                <w:id w:val="305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</w:p>
        </w:tc>
      </w:tr>
    </w:tbl>
    <w:p w14:paraId="4C459579" w14:textId="77777777" w:rsidR="00001E62" w:rsidRDefault="009F7F22">
      <w:pPr>
        <w:keepNext/>
        <w:pBdr>
          <w:bottom w:val="single" w:sz="10" w:space="4" w:color="002855"/>
        </w:pBdr>
        <w:spacing w:before="180" w:after="80"/>
      </w:pPr>
      <w:r>
        <w:rPr>
          <w:b/>
          <w:color w:val="002855"/>
          <w:sz w:val="25"/>
          <w:lang w:val="es-ES"/>
        </w:rPr>
        <w:t>Declaración responsable</w:t>
      </w:r>
    </w:p>
    <w:p w14:paraId="24841A07" w14:textId="77777777" w:rsidR="00001E62" w:rsidRDefault="009F7F22">
      <w:pPr>
        <w:spacing w:after="80"/>
        <w:jc w:val="both"/>
      </w:pPr>
      <w:r>
        <w:rPr>
          <w:lang w:val="es-ES"/>
        </w:rPr>
        <w:t>La persona solicitante declara conocer y aceptar las condiciones establecidas para la prestación de servicios en modalidad de trabajo a distancia.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7824"/>
      </w:tblGrid>
      <w:tr w:rsidR="00001E62" w14:paraId="155D9416" w14:textId="77777777">
        <w:trPr>
          <w:cantSplit/>
          <w:trHeight w:val="900"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E73490" w14:textId="77777777" w:rsidR="00001E62" w:rsidRDefault="009F7F22">
            <w:pPr>
              <w:spacing w:after="0" w:line="240" w:lineRule="auto"/>
            </w:pPr>
            <w:r>
              <w:rPr>
                <w:b/>
                <w:sz w:val="17"/>
                <w:lang w:val="es-ES"/>
              </w:rPr>
              <w:t>Firma solicitante:</w:t>
            </w:r>
          </w:p>
        </w:tc>
        <w:tc>
          <w:tcPr>
            <w:tcW w:w="782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D87718" w14:textId="77777777" w:rsidR="00001E62" w:rsidRDefault="00E22A49">
            <w:pPr>
              <w:spacing w:after="0" w:line="240" w:lineRule="auto"/>
            </w:pPr>
            <w:sdt>
              <w:sdtPr>
                <w:id w:val="3054"/>
                <w:placeholder>
                  <w:docPart w:val="211931D4B92E409B89E9FC735FC9DB34"/>
                </w:placeholder>
                <w:showingPlcHdr/>
                <w:text/>
              </w:sdtPr>
              <w:sdtEndPr/>
              <w:sdtContent>
                <w:r w:rsidR="009F7F22">
                  <w:rPr>
                    <w:i/>
                    <w:color w:val="8A94A0"/>
                    <w:lang w:val="es-ES"/>
                  </w:rPr>
                  <w:t>Firma digital o manuscrita...</w:t>
                </w:r>
              </w:sdtContent>
            </w:sdt>
          </w:p>
        </w:tc>
      </w:tr>
    </w:tbl>
    <w:p w14:paraId="4206C498" w14:textId="77777777" w:rsidR="00001E62" w:rsidRDefault="009F7F22">
      <w:pPr>
        <w:keepNext/>
        <w:pBdr>
          <w:bottom w:val="single" w:sz="10" w:space="4" w:color="002855"/>
        </w:pBdr>
        <w:spacing w:before="180" w:after="80"/>
      </w:pPr>
      <w:r>
        <w:rPr>
          <w:b/>
          <w:color w:val="002855"/>
          <w:sz w:val="25"/>
          <w:lang w:val="es-ES"/>
        </w:rPr>
        <w:t>Informe de la Jefatura del Servicio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7824"/>
      </w:tblGrid>
      <w:tr w:rsidR="00001E62" w14:paraId="56657FFC" w14:textId="77777777">
        <w:trPr>
          <w:cantSplit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B0C254" w14:textId="77777777" w:rsidR="00001E62" w:rsidRDefault="009F7F22">
            <w:pPr>
              <w:keepNext/>
              <w:spacing w:after="0" w:line="240" w:lineRule="auto"/>
            </w:pPr>
            <w:r>
              <w:rPr>
                <w:b/>
                <w:sz w:val="17"/>
                <w:lang w:val="es-ES"/>
              </w:rPr>
              <w:t>Informe:</w:t>
            </w:r>
          </w:p>
        </w:tc>
        <w:tc>
          <w:tcPr>
            <w:tcW w:w="782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1BD274" w14:textId="77777777" w:rsidR="00001E62" w:rsidRDefault="00E22A49">
            <w:pPr>
              <w:keepNext/>
              <w:spacing w:after="0" w:line="240" w:lineRule="auto"/>
            </w:pPr>
            <w:sdt>
              <w:sdtPr>
                <w:id w:val="305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  <w:r w:rsidR="009F7F22">
              <w:rPr>
                <w:lang w:val="es-ES"/>
              </w:rPr>
              <w:t xml:space="preserve"> Favorable     </w:t>
            </w:r>
            <w:sdt>
              <w:sdtPr>
                <w:id w:val="305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9F7F22">
                  <w:rPr>
                    <w:rFonts w:ascii="Segoe UI Symbol" w:hAnsi="Segoe UI Symbol"/>
                    <w:color w:val="002855"/>
                    <w:sz w:val="20"/>
                  </w:rPr>
                  <w:t>☐</w:t>
                </w:r>
              </w:sdtContent>
            </w:sdt>
            <w:r w:rsidR="009F7F22">
              <w:rPr>
                <w:lang w:val="es-ES"/>
              </w:rPr>
              <w:t xml:space="preserve"> Desfavorable</w:t>
            </w:r>
          </w:p>
        </w:tc>
      </w:tr>
      <w:tr w:rsidR="00001E62" w14:paraId="00DCE149" w14:textId="77777777">
        <w:trPr>
          <w:cantSplit/>
          <w:trHeight w:val="900"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EBCA34" w14:textId="77777777" w:rsidR="00001E62" w:rsidRDefault="009F7F22">
            <w:pPr>
              <w:keepNext/>
              <w:spacing w:after="0" w:line="240" w:lineRule="auto"/>
            </w:pPr>
            <w:r>
              <w:rPr>
                <w:b/>
                <w:sz w:val="17"/>
                <w:lang w:val="es-ES"/>
              </w:rPr>
              <w:t>Motivación:</w:t>
            </w:r>
          </w:p>
        </w:tc>
        <w:tc>
          <w:tcPr>
            <w:tcW w:w="782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B8F6B3" w14:textId="77777777" w:rsidR="00001E62" w:rsidRDefault="00E22A49">
            <w:pPr>
              <w:keepNext/>
              <w:spacing w:after="0" w:line="240" w:lineRule="auto"/>
            </w:pPr>
            <w:sdt>
              <w:sdtPr>
                <w:id w:val="3057"/>
                <w:placeholder>
                  <w:docPart w:val="4268373911624175948B9B9D0B10E82D"/>
                </w:placeholder>
                <w:showingPlcHdr/>
                <w:text/>
              </w:sdtPr>
              <w:sdtEndPr/>
              <w:sdtContent>
                <w:r w:rsidR="009F7F22">
                  <w:rPr>
                    <w:i/>
                    <w:color w:val="8A94A0"/>
                    <w:lang w:val="es-ES"/>
                  </w:rPr>
                  <w:t>Escriba la motivación de la resolución...</w:t>
                </w:r>
              </w:sdtContent>
            </w:sdt>
          </w:p>
        </w:tc>
      </w:tr>
      <w:tr w:rsidR="00001E62" w14:paraId="41840CE7" w14:textId="77777777">
        <w:trPr>
          <w:cantSplit/>
          <w:trHeight w:val="900"/>
          <w:jc w:val="center"/>
        </w:trPr>
        <w:tc>
          <w:tcPr>
            <w:tcW w:w="215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2F4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BB6019" w14:textId="77777777" w:rsidR="00001E62" w:rsidRDefault="009F7F22">
            <w:pPr>
              <w:spacing w:after="0" w:line="240" w:lineRule="auto"/>
            </w:pPr>
            <w:r>
              <w:rPr>
                <w:b/>
                <w:sz w:val="17"/>
                <w:lang w:val="es-ES"/>
              </w:rPr>
              <w:t>Firma:</w:t>
            </w:r>
          </w:p>
        </w:tc>
        <w:tc>
          <w:tcPr>
            <w:tcW w:w="7824" w:type="dxa"/>
            <w:tcBorders>
              <w:top w:val="single" w:sz="6" w:space="0" w:color="D8DEE5"/>
              <w:left w:val="single" w:sz="6" w:space="0" w:color="D8DEE5"/>
              <w:bottom w:val="single" w:sz="6" w:space="0" w:color="D8DEE5"/>
              <w:right w:val="single" w:sz="6" w:space="0" w:color="D8DEE5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6269DD" w14:textId="77777777" w:rsidR="00001E62" w:rsidRDefault="00E22A49">
            <w:pPr>
              <w:spacing w:after="0" w:line="240" w:lineRule="auto"/>
            </w:pPr>
            <w:sdt>
              <w:sdtPr>
                <w:id w:val="3058"/>
                <w:placeholder>
                  <w:docPart w:val="3CFEFB2E87D8494EA31F1DBD7AEB5CC2"/>
                </w:placeholder>
                <w:showingPlcHdr/>
                <w:text/>
              </w:sdtPr>
              <w:sdtEndPr/>
              <w:sdtContent>
                <w:r w:rsidR="009F7F22">
                  <w:rPr>
                    <w:i/>
                    <w:color w:val="8A94A0"/>
                    <w:lang w:val="es-ES"/>
                  </w:rPr>
                  <w:t>Firma de la Jefatura del Servicio...</w:t>
                </w:r>
              </w:sdtContent>
            </w:sdt>
          </w:p>
        </w:tc>
      </w:tr>
    </w:tbl>
    <w:p w14:paraId="01EFD24D" w14:textId="77777777" w:rsidR="00001E62" w:rsidRDefault="00001E62">
      <w:pPr>
        <w:spacing w:after="0"/>
      </w:pPr>
    </w:p>
    <w:sectPr w:rsidR="00001E62" w:rsidSect="00034616">
      <w:headerReference w:type="default" r:id="rId8"/>
      <w:footerReference w:type="default" r:id="rId9"/>
      <w:pgSz w:w="11906" w:h="16838"/>
      <w:pgMar w:top="964" w:right="964" w:bottom="850" w:left="96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2A0CC" w14:textId="77777777" w:rsidR="00E22A49" w:rsidRDefault="00E22A49">
      <w:pPr>
        <w:spacing w:after="0" w:line="240" w:lineRule="auto"/>
      </w:pPr>
      <w:r>
        <w:separator/>
      </w:r>
    </w:p>
  </w:endnote>
  <w:endnote w:type="continuationSeparator" w:id="0">
    <w:p w14:paraId="3F8F799A" w14:textId="77777777" w:rsidR="00E22A49" w:rsidRDefault="00E22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A15E8" w14:textId="77777777" w:rsidR="00D11C52" w:rsidRPr="0029354F" w:rsidRDefault="005F774E">
    <w:pPr>
      <w:pStyle w:val="Piedepgina"/>
      <w:jc w:val="right"/>
      <w:rPr>
        <w:lang w:val="es-ES"/>
      </w:rPr>
    </w:pPr>
    <w:r w:rsidRPr="0029354F">
      <w:rPr>
        <w:color w:val="777779"/>
        <w:sz w:val="16"/>
        <w:lang w:val="es-ES"/>
      </w:rPr>
      <w:t xml:space="preserve">Plan de trabajo individualizado · Página </w:t>
    </w:r>
    <w:r>
      <w:rPr>
        <w:color w:val="777779"/>
        <w:sz w:val="17"/>
      </w:rPr>
      <w:fldChar w:fldCharType="begin"/>
    </w:r>
    <w:r w:rsidRPr="0029354F">
      <w:rPr>
        <w:color w:val="777779"/>
        <w:sz w:val="17"/>
        <w:lang w:val="es-ES"/>
      </w:rPr>
      <w:instrText>PAGE</w:instrText>
    </w:r>
    <w:r>
      <w:rPr>
        <w:color w:val="777779"/>
        <w:sz w:val="17"/>
      </w:rPr>
      <w:fldChar w:fldCharType="separate"/>
    </w:r>
    <w:r w:rsidR="009777E5" w:rsidRPr="0029354F">
      <w:rPr>
        <w:noProof/>
        <w:color w:val="777779"/>
        <w:sz w:val="17"/>
        <w:lang w:val="es-ES"/>
      </w:rPr>
      <w:t>1</w:t>
    </w:r>
    <w:r>
      <w:rPr>
        <w:color w:val="777779"/>
        <w:sz w:val="17"/>
      </w:rPr>
      <w:fldChar w:fldCharType="end"/>
    </w:r>
    <w:r w:rsidRPr="0029354F">
      <w:rPr>
        <w:color w:val="777779"/>
        <w:sz w:val="16"/>
        <w:lang w:val="es-ES"/>
      </w:rPr>
      <w:t xml:space="preserve"> de </w:t>
    </w:r>
    <w:r>
      <w:rPr>
        <w:color w:val="777779"/>
        <w:sz w:val="17"/>
      </w:rPr>
      <w:fldChar w:fldCharType="begin"/>
    </w:r>
    <w:r w:rsidRPr="0029354F">
      <w:rPr>
        <w:color w:val="777779"/>
        <w:sz w:val="17"/>
        <w:lang w:val="es-ES"/>
      </w:rPr>
      <w:instrText>NUMPAGES</w:instrText>
    </w:r>
    <w:r>
      <w:rPr>
        <w:color w:val="777779"/>
        <w:sz w:val="17"/>
      </w:rPr>
      <w:fldChar w:fldCharType="separate"/>
    </w:r>
    <w:r w:rsidR="009777E5" w:rsidRPr="0029354F">
      <w:rPr>
        <w:noProof/>
        <w:color w:val="777779"/>
        <w:sz w:val="17"/>
        <w:lang w:val="es-ES"/>
      </w:rPr>
      <w:t>2</w:t>
    </w:r>
    <w:r>
      <w:rPr>
        <w:color w:val="777779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84989" w14:textId="77777777" w:rsidR="00E22A49" w:rsidRDefault="00E22A49">
      <w:pPr>
        <w:spacing w:after="0" w:line="240" w:lineRule="auto"/>
      </w:pPr>
      <w:r>
        <w:separator/>
      </w:r>
    </w:p>
  </w:footnote>
  <w:footnote w:type="continuationSeparator" w:id="0">
    <w:p w14:paraId="1169AAAD" w14:textId="77777777" w:rsidR="00E22A49" w:rsidRDefault="00E22A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544F" w14:textId="77777777" w:rsidR="00D11C52" w:rsidRDefault="00D11C52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989"/>
      <w:gridCol w:w="4989"/>
    </w:tblGrid>
    <w:tr w:rsidR="00D11C52" w14:paraId="6C325861" w14:textId="77777777">
      <w:trPr>
        <w:jc w:val="center"/>
      </w:trPr>
      <w:tc>
        <w:tcPr>
          <w:tcW w:w="4989" w:type="dxa"/>
          <w:tcBorders>
            <w:bottom w:val="single" w:sz="10" w:space="0" w:color="002855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38D74D0A" w14:textId="77777777" w:rsidR="00D11C52" w:rsidRDefault="005F774E">
          <w:r>
            <w:rPr>
              <w:noProof/>
            </w:rPr>
            <w:drawing>
              <wp:inline distT="0" distB="0" distL="0" distR="0" wp14:anchorId="21645DD9" wp14:editId="227106A1">
                <wp:extent cx="1152000" cy="615942"/>
                <wp:effectExtent l="0" t="0" r="0" b="0"/>
                <wp:docPr id="1" name="Picture 1" descr="Logotipo institucional de la Junta de Comunidades de Castilla-La Mancha" title="Castilla-La Manch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6159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89" w:type="dxa"/>
          <w:tcBorders>
            <w:bottom w:val="single" w:sz="10" w:space="0" w:color="002855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36B359AA" w14:textId="77777777" w:rsidR="00D11C52" w:rsidRPr="00C33C02" w:rsidRDefault="005F774E">
          <w:pPr>
            <w:jc w:val="right"/>
            <w:rPr>
              <w:lang w:val="es-ES"/>
            </w:rPr>
          </w:pPr>
          <w:r w:rsidRPr="00C33C02">
            <w:rPr>
              <w:rFonts w:ascii="Arial Narrow" w:hAnsi="Arial Narrow"/>
              <w:b/>
              <w:color w:val="002855"/>
              <w:lang w:val="es-ES"/>
            </w:rPr>
            <w:t>Consejería de Educación, Cultura y Deportes</w:t>
          </w:r>
        </w:p>
        <w:p w14:paraId="1983B137" w14:textId="77777777" w:rsidR="00D11C52" w:rsidRDefault="005F774E">
          <w:pPr>
            <w:spacing w:after="0" w:line="240" w:lineRule="auto"/>
            <w:jc w:val="right"/>
          </w:pPr>
          <w:r>
            <w:rPr>
              <w:rFonts w:ascii="Arial Narrow" w:hAnsi="Arial Narrow"/>
              <w:color w:val="777779"/>
              <w:sz w:val="17"/>
            </w:rPr>
            <w:t>Inspección de Educación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7477079">
    <w:abstractNumId w:val="8"/>
  </w:num>
  <w:num w:numId="2" w16cid:durableId="1152211554">
    <w:abstractNumId w:val="6"/>
  </w:num>
  <w:num w:numId="3" w16cid:durableId="770932148">
    <w:abstractNumId w:val="5"/>
  </w:num>
  <w:num w:numId="4" w16cid:durableId="2033993634">
    <w:abstractNumId w:val="4"/>
  </w:num>
  <w:num w:numId="5" w16cid:durableId="1724671303">
    <w:abstractNumId w:val="7"/>
  </w:num>
  <w:num w:numId="6" w16cid:durableId="1943294181">
    <w:abstractNumId w:val="3"/>
  </w:num>
  <w:num w:numId="7" w16cid:durableId="897666296">
    <w:abstractNumId w:val="2"/>
  </w:num>
  <w:num w:numId="8" w16cid:durableId="1766152099">
    <w:abstractNumId w:val="1"/>
  </w:num>
  <w:num w:numId="9" w16cid:durableId="1896499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VqBykwsmCanjXtBl3T6r1Cll4LN53tdD4bgN6Y8i7OQMRHWd66vg32OBs/pg9bRTJZkBYffALu3oIpzvtzHjg==" w:salt="bY4j9Q7bOvr752YTm7GEpA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E62"/>
    <w:rsid w:val="00034616"/>
    <w:rsid w:val="0006063C"/>
    <w:rsid w:val="0015074B"/>
    <w:rsid w:val="001D1F9D"/>
    <w:rsid w:val="0026456F"/>
    <w:rsid w:val="0029354F"/>
    <w:rsid w:val="0029639D"/>
    <w:rsid w:val="00326F90"/>
    <w:rsid w:val="003B7CB7"/>
    <w:rsid w:val="00405B11"/>
    <w:rsid w:val="00420500"/>
    <w:rsid w:val="004B3E57"/>
    <w:rsid w:val="004D0E39"/>
    <w:rsid w:val="004D7E63"/>
    <w:rsid w:val="004F4DF9"/>
    <w:rsid w:val="005F774E"/>
    <w:rsid w:val="00646508"/>
    <w:rsid w:val="006844F0"/>
    <w:rsid w:val="00687BEE"/>
    <w:rsid w:val="00712641"/>
    <w:rsid w:val="0075264E"/>
    <w:rsid w:val="008C31AA"/>
    <w:rsid w:val="009777E5"/>
    <w:rsid w:val="009F7F22"/>
    <w:rsid w:val="00AA1D8D"/>
    <w:rsid w:val="00B47730"/>
    <w:rsid w:val="00C33C02"/>
    <w:rsid w:val="00CB0664"/>
    <w:rsid w:val="00D11C52"/>
    <w:rsid w:val="00D92345"/>
    <w:rsid w:val="00DD41D1"/>
    <w:rsid w:val="00E22A49"/>
    <w:rsid w:val="00EA1DE8"/>
    <w:rsid w:val="00ED7979"/>
    <w:rsid w:val="00F05849"/>
    <w:rsid w:val="00FA64AC"/>
    <w:rsid w:val="00FC693F"/>
    <w:rsid w:val="00FD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9539ED"/>
  <w14:defaultImageDpi w14:val="300"/>
  <w15:docId w15:val="{82A23952-6541-436C-A7ED-AB5CDA239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color w:val="20252A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405B1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88DC12BACA4EE8AC5D2616BCCA1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965B9-44BC-400C-9602-6E885342A02F}"/>
      </w:docPartPr>
      <w:docPartBody>
        <w:p w:rsidR="00EE3281" w:rsidRDefault="00C236B6" w:rsidP="00C236B6">
          <w:pPr>
            <w:pStyle w:val="2F88DC12BACA4EE8AC5D2616BCCA15F81"/>
          </w:pPr>
          <w:r>
            <w:rPr>
              <w:i/>
              <w:color w:val="8A94A0"/>
              <w:lang w:val="es-ES"/>
            </w:rPr>
            <w:t>Escriba aquí el nombre y apellidos...</w:t>
          </w:r>
        </w:p>
      </w:docPartBody>
    </w:docPart>
    <w:docPart>
      <w:docPartPr>
        <w:name w:val="5FE3604C33C94A93996D90EC326A4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D5A6A2-9F40-414D-8BAD-DD7137B1E3CD}"/>
      </w:docPartPr>
      <w:docPartBody>
        <w:p w:rsidR="00EE3281" w:rsidRDefault="00C236B6" w:rsidP="00C236B6">
          <w:pPr>
            <w:pStyle w:val="5FE3604C33C94A93996D90EC326A47811"/>
          </w:pPr>
          <w:r>
            <w:rPr>
              <w:i/>
              <w:color w:val="8A94A0"/>
              <w:lang w:val="es-ES"/>
            </w:rPr>
            <w:t>00000000X</w:t>
          </w:r>
        </w:p>
      </w:docPartBody>
    </w:docPart>
    <w:docPart>
      <w:docPartPr>
        <w:name w:val="E7B861630B5C4CE1A524333938711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CA2AE-12FD-4B3D-A1F6-1ED5D055CBF6}"/>
      </w:docPartPr>
      <w:docPartBody>
        <w:p w:rsidR="00EE3281" w:rsidRDefault="00C236B6" w:rsidP="00C236B6">
          <w:pPr>
            <w:pStyle w:val="E7B861630B5C4CE1A5243339387115891"/>
          </w:pPr>
          <w:r>
            <w:rPr>
              <w:i/>
              <w:color w:val="8A94A0"/>
              <w:lang w:val="es-ES"/>
            </w:rPr>
            <w:t>Seleccione provincia...</w:t>
          </w:r>
        </w:p>
      </w:docPartBody>
    </w:docPart>
    <w:docPart>
      <w:docPartPr>
        <w:name w:val="BDD1909950C741C6840F0E687420AD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8810E-E4B8-4D3B-BE91-9C5D5A66AD61}"/>
      </w:docPartPr>
      <w:docPartBody>
        <w:p w:rsidR="00EE3281" w:rsidRDefault="00C236B6" w:rsidP="00C236B6">
          <w:pPr>
            <w:pStyle w:val="BDD1909950C741C6840F0E687420AD3F1"/>
          </w:pPr>
          <w:r>
            <w:rPr>
              <w:i/>
              <w:color w:val="8A94A0"/>
              <w:lang w:val="es-ES"/>
            </w:rPr>
            <w:t>Escriba la zona de adscripción...</w:t>
          </w:r>
        </w:p>
      </w:docPartBody>
    </w:docPart>
    <w:docPart>
      <w:docPartPr>
        <w:name w:val="7F6C278F74F649ACA1823B7F7D039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3ED64-26EB-4A9A-8E08-5E669178C334}"/>
      </w:docPartPr>
      <w:docPartBody>
        <w:p w:rsidR="00EE3281" w:rsidRDefault="00C236B6" w:rsidP="00C236B6">
          <w:pPr>
            <w:pStyle w:val="7F6C278F74F649ACA1823B7F7D0390EA1"/>
          </w:pPr>
          <w:r>
            <w:rPr>
              <w:i/>
              <w:color w:val="8A94A0"/>
              <w:lang w:val="es-ES"/>
            </w:rPr>
            <w:t>dd/mm/aaaa</w:t>
          </w:r>
        </w:p>
      </w:docPartBody>
    </w:docPart>
    <w:docPart>
      <w:docPartPr>
        <w:name w:val="752CC7F856E1499587B033B0FE3B2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B0D9C4-E6AD-450B-8582-E89F4EBED950}"/>
      </w:docPartPr>
      <w:docPartBody>
        <w:p w:rsidR="00EE3281" w:rsidRDefault="00C236B6" w:rsidP="00C236B6">
          <w:pPr>
            <w:pStyle w:val="752CC7F856E1499587B033B0FE3B254A1"/>
          </w:pPr>
          <w:r>
            <w:rPr>
              <w:i/>
              <w:color w:val="8A94A0"/>
              <w:lang w:val="es-ES"/>
            </w:rPr>
            <w:t>dd/mm/aaaa</w:t>
          </w:r>
        </w:p>
      </w:docPartBody>
    </w:docPart>
    <w:docPart>
      <w:docPartPr>
        <w:name w:val="F1718452B4224F2696CA52F21E759B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C5902-6BB0-43F9-90A2-07458E8A7C62}"/>
      </w:docPartPr>
      <w:docPartBody>
        <w:p w:rsidR="00EE3281" w:rsidRDefault="00C236B6" w:rsidP="00C236B6">
          <w:pPr>
            <w:pStyle w:val="F1718452B4224F2696CA52F21E759B351"/>
          </w:pPr>
          <w:r>
            <w:rPr>
              <w:i/>
              <w:color w:val="8A94A0"/>
              <w:lang w:val="es-ES"/>
            </w:rPr>
            <w:t>Escriba las observaciones del horario...</w:t>
          </w:r>
        </w:p>
      </w:docPartBody>
    </w:docPart>
    <w:docPart>
      <w:docPartPr>
        <w:name w:val="D88077828A4F4E89ABD70ECD862071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9559C-88CA-44EE-8353-FCE72E47A0EA}"/>
      </w:docPartPr>
      <w:docPartBody>
        <w:p w:rsidR="00EE3281" w:rsidRDefault="00C236B6" w:rsidP="00C236B6">
          <w:pPr>
            <w:pStyle w:val="D88077828A4F4E89ABD70ECD862071C11"/>
          </w:pPr>
          <w:r>
            <w:rPr>
              <w:i/>
              <w:color w:val="8A94A0"/>
              <w:lang w:val="es-ES"/>
            </w:rPr>
            <w:t>Escriba las observaciones de seguimiento...</w:t>
          </w:r>
        </w:p>
      </w:docPartBody>
    </w:docPart>
    <w:docPart>
      <w:docPartPr>
        <w:name w:val="211931D4B92E409B89E9FC735FC9D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DBA79-E308-42DA-BBD6-48C9B9610B49}"/>
      </w:docPartPr>
      <w:docPartBody>
        <w:p w:rsidR="00EE3281" w:rsidRDefault="00C236B6" w:rsidP="00C236B6">
          <w:pPr>
            <w:pStyle w:val="211931D4B92E409B89E9FC735FC9DB341"/>
          </w:pPr>
          <w:r>
            <w:rPr>
              <w:i/>
              <w:color w:val="8A94A0"/>
              <w:lang w:val="es-ES"/>
            </w:rPr>
            <w:t>Firma digital o manuscrita...</w:t>
          </w:r>
        </w:p>
      </w:docPartBody>
    </w:docPart>
    <w:docPart>
      <w:docPartPr>
        <w:name w:val="4268373911624175948B9B9D0B10E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9DC71A-0EC0-4884-83A1-8D9879EAD021}"/>
      </w:docPartPr>
      <w:docPartBody>
        <w:p w:rsidR="00EE3281" w:rsidRDefault="00C236B6" w:rsidP="00C236B6">
          <w:pPr>
            <w:pStyle w:val="4268373911624175948B9B9D0B10E82D1"/>
          </w:pPr>
          <w:r>
            <w:rPr>
              <w:i/>
              <w:color w:val="8A94A0"/>
              <w:lang w:val="es-ES"/>
            </w:rPr>
            <w:t>Escriba la motivación de la resolución...</w:t>
          </w:r>
        </w:p>
      </w:docPartBody>
    </w:docPart>
    <w:docPart>
      <w:docPartPr>
        <w:name w:val="3CFEFB2E87D8494EA31F1DBD7AEB5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15E4F-3E53-43D0-8D90-BEFC5FB195F8}"/>
      </w:docPartPr>
      <w:docPartBody>
        <w:p w:rsidR="00EE3281" w:rsidRDefault="00C236B6" w:rsidP="00C236B6">
          <w:pPr>
            <w:pStyle w:val="3CFEFB2E87D8494EA31F1DBD7AEB5CC21"/>
          </w:pPr>
          <w:r>
            <w:rPr>
              <w:i/>
              <w:color w:val="8A94A0"/>
              <w:lang w:val="es-ES"/>
            </w:rPr>
            <w:t>Firma de la Jefatura del Servicio...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6B6"/>
    <w:rsid w:val="00137DC7"/>
    <w:rsid w:val="00182B02"/>
    <w:rsid w:val="004B3E57"/>
    <w:rsid w:val="00C236B6"/>
    <w:rsid w:val="00D92345"/>
    <w:rsid w:val="00DD41D1"/>
    <w:rsid w:val="00EE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236B6"/>
    <w:rPr>
      <w:color w:val="666666"/>
    </w:rPr>
  </w:style>
  <w:style w:type="paragraph" w:customStyle="1" w:styleId="2F88DC12BACA4EE8AC5D2616BCCA15F81">
    <w:name w:val="2F88DC12BACA4EE8AC5D2616BCCA15F8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5FE3604C33C94A93996D90EC326A47811">
    <w:name w:val="5FE3604C33C94A93996D90EC326A4781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E7B861630B5C4CE1A5243339387115891">
    <w:name w:val="E7B861630B5C4CE1A524333938711589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BDD1909950C741C6840F0E687420AD3F1">
    <w:name w:val="BDD1909950C741C6840F0E687420AD3F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7F6C278F74F649ACA1823B7F7D0390EA1">
    <w:name w:val="7F6C278F74F649ACA1823B7F7D0390EA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752CC7F856E1499587B033B0FE3B254A1">
    <w:name w:val="752CC7F856E1499587B033B0FE3B254A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F1718452B4224F2696CA52F21E759B351">
    <w:name w:val="F1718452B4224F2696CA52F21E759B35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D88077828A4F4E89ABD70ECD862071C11">
    <w:name w:val="D88077828A4F4E89ABD70ECD862071C1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211931D4B92E409B89E9FC735FC9DB341">
    <w:name w:val="211931D4B92E409B89E9FC735FC9DB34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4268373911624175948B9B9D0B10E82D1">
    <w:name w:val="4268373911624175948B9B9D0B10E82D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  <w:style w:type="paragraph" w:customStyle="1" w:styleId="3CFEFB2E87D8494EA31F1DBD7AEB5CC21">
    <w:name w:val="3CFEFB2E87D8494EA31F1DBD7AEB5CC21"/>
    <w:rsid w:val="00C236B6"/>
    <w:pPr>
      <w:spacing w:after="60" w:line="259" w:lineRule="auto"/>
    </w:pPr>
    <w:rPr>
      <w:rFonts w:ascii="Arial" w:hAnsi="Arial"/>
      <w:color w:val="20252A"/>
      <w:kern w:val="0"/>
      <w:sz w:val="18"/>
      <w:szCs w:val="22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400</Words>
  <Characters>2204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Plan de trabajo individualizado</vt:lpstr>
      <vt:lpstr/>
    </vt:vector>
  </TitlesOfParts>
  <Manager/>
  <Company/>
  <LinksUpToDate>false</LinksUpToDate>
  <CharactersWithSpaces>2599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trabajo individualizado</dc:title>
  <dc:subject>Prestación de servicio a distancia · Inspección de Educación</dc:subject>
  <dc:creator>Consejería de Educación, Cultura y Deportes</dc:creator>
  <cp:keywords>trabajo a distancia, prevención, inspección de educación, autocomprobación</cp:keywords>
  <dc:description/>
  <cp:lastModifiedBy>Mario Martínez Romero</cp:lastModifiedBy>
  <cp:revision>11</cp:revision>
  <dcterms:created xsi:type="dcterms:W3CDTF">2026-09-29T11:27:00Z</dcterms:created>
  <dcterms:modified xsi:type="dcterms:W3CDTF">2026-10-15T10:53:00Z</dcterms:modified>
  <cp:category/>
</cp:coreProperties>
</file>