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387FC" w14:textId="77777777" w:rsidR="00001E62" w:rsidRDefault="009F7F22">
      <w:pPr>
        <w:spacing w:before="140" w:after="100"/>
      </w:pPr>
      <w:r>
        <w:rPr>
          <w:b/>
          <w:color w:val="002855"/>
          <w:sz w:val="30"/>
          <w:lang w:val="es-ES"/>
        </w:rPr>
        <w:t>PLAN DE TRABAJO INDIVIDUALIZADO</w:t>
      </w:r>
    </w:p>
    <w:p w14:paraId="01F487B9" w14:textId="77777777" w:rsidR="00001E62" w:rsidRDefault="009F7F22">
      <w:pPr>
        <w:pBdr>
          <w:bottom w:val="single" w:sz="12" w:space="5" w:color="002855"/>
        </w:pBdr>
        <w:spacing w:after="140" w:line="252" w:lineRule="auto"/>
      </w:pPr>
      <w:r>
        <w:rPr>
          <w:b/>
          <w:sz w:val="22"/>
          <w:lang w:val="es-ES"/>
        </w:rPr>
        <w:t>Prestación de servicio a distancia · Inspección de Educación de Castilla-La Mancha</w:t>
      </w:r>
    </w:p>
    <w:p w14:paraId="1D076806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1. Datos identificativos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2835"/>
        <w:gridCol w:w="1871"/>
        <w:gridCol w:w="3118"/>
      </w:tblGrid>
      <w:tr w:rsidR="00001E62" w14:paraId="683547EF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2E8147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Nombre y apellidos:</w:t>
            </w:r>
          </w:p>
        </w:tc>
        <w:tc>
          <w:tcPr>
            <w:tcW w:w="7824" w:type="dxa"/>
            <w:gridSpan w:val="3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225C21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01"/>
                <w:placeholder>
                  <w:docPart w:val="2F88DC12BACA4EE8AC5D2616BCCA15F8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Escriba aquí el nombre y apellidos...</w:t>
                </w:r>
              </w:sdtContent>
            </w:sdt>
          </w:p>
        </w:tc>
      </w:tr>
      <w:tr w:rsidR="00001E62" w14:paraId="7F9A8527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1595E1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NIF:</w:t>
            </w:r>
          </w:p>
        </w:tc>
        <w:tc>
          <w:tcPr>
            <w:tcW w:w="2835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23D4D1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02"/>
                <w:placeholder>
                  <w:docPart w:val="5FE3604C33C94A93996D90EC326A4781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00000000X</w:t>
                </w:r>
              </w:sdtContent>
            </w:sdt>
          </w:p>
        </w:tc>
        <w:tc>
          <w:tcPr>
            <w:tcW w:w="187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A84E56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Provincia:</w:t>
            </w:r>
          </w:p>
        </w:tc>
        <w:tc>
          <w:tcPr>
            <w:tcW w:w="3118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D20F1B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03"/>
                <w:placeholder>
                  <w:docPart w:val="E7B861630B5C4CE1A524333938711589"/>
                </w:placeholder>
                <w:showingPlcHdr/>
                <w:dropDownList>
                  <w:listItem w:displayText="Seleccione provincia..." w:value=""/>
                  <w:listItem w:displayText="Albacete" w:value="Albacete"/>
                  <w:listItem w:displayText="Ciudad Real" w:value="Ciudad Real"/>
                  <w:listItem w:displayText="Cuenca" w:value="Cuenca"/>
                  <w:listItem w:displayText="Guadalajara" w:value="Guadalajara"/>
                  <w:listItem w:displayText="Toledo" w:value="Toledo"/>
                </w:dropDownList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Seleccione provincia...</w:t>
                </w:r>
              </w:sdtContent>
            </w:sdt>
          </w:p>
        </w:tc>
      </w:tr>
      <w:tr w:rsidR="00001E62" w14:paraId="57A0090C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31D3B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Zona de adscripción:</w:t>
            </w:r>
          </w:p>
        </w:tc>
        <w:tc>
          <w:tcPr>
            <w:tcW w:w="7824" w:type="dxa"/>
            <w:gridSpan w:val="3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B54836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04"/>
                <w:placeholder>
                  <w:docPart w:val="BDD1909950C741C6840F0E687420AD3F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Escriba la zona de adscripción...</w:t>
                </w:r>
              </w:sdtContent>
            </w:sdt>
          </w:p>
        </w:tc>
      </w:tr>
      <w:tr w:rsidR="00001E62" w14:paraId="4557867B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87EB80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Periodo de vigencia:</w:t>
            </w:r>
          </w:p>
        </w:tc>
        <w:tc>
          <w:tcPr>
            <w:tcW w:w="7824" w:type="dxa"/>
            <w:gridSpan w:val="3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6254AF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 xml:space="preserve">De </w:t>
            </w:r>
            <w:sdt>
              <w:sdtPr>
                <w:id w:val="3005"/>
                <w:placeholder>
                  <w:docPart w:val="7F6C278F74F649ACA1823B7F7D0390E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dd/mm/aaaa</w:t>
                </w:r>
              </w:sdtContent>
            </w:sdt>
            <w:r>
              <w:rPr>
                <w:lang w:val="es-ES"/>
              </w:rPr>
              <w:t xml:space="preserve"> a </w:t>
            </w:r>
            <w:sdt>
              <w:sdtPr>
                <w:id w:val="3006"/>
                <w:placeholder>
                  <w:docPart w:val="752CC7F856E1499587B033B0FE3B254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dd/mm/aaaa</w:t>
                </w:r>
              </w:sdtContent>
            </w:sdt>
          </w:p>
        </w:tc>
      </w:tr>
    </w:tbl>
    <w:p w14:paraId="49CEEC68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2. Día de prestación de servicio a distancia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5"/>
        <w:gridCol w:w="1995"/>
      </w:tblGrid>
      <w:tr w:rsidR="00001E62" w14:paraId="6B49105E" w14:textId="77777777">
        <w:trPr>
          <w:cantSplit/>
          <w:jc w:val="center"/>
        </w:trPr>
        <w:tc>
          <w:tcPr>
            <w:tcW w:w="199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5035D0" w14:textId="6C60E7BE" w:rsidR="00001E62" w:rsidRDefault="009F7F22">
            <w:pPr>
              <w:spacing w:after="0" w:line="240" w:lineRule="auto"/>
              <w:jc w:val="center"/>
            </w:pPr>
            <w:sdt>
              <w:sdtPr>
                <w:id w:val="3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Lunes</w:t>
            </w:r>
          </w:p>
        </w:tc>
        <w:tc>
          <w:tcPr>
            <w:tcW w:w="199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2D32D8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Martes</w:t>
            </w:r>
          </w:p>
        </w:tc>
        <w:tc>
          <w:tcPr>
            <w:tcW w:w="199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470D8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Miércoles</w:t>
            </w:r>
          </w:p>
        </w:tc>
        <w:tc>
          <w:tcPr>
            <w:tcW w:w="1995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69E95B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Jueves</w:t>
            </w:r>
          </w:p>
        </w:tc>
        <w:tc>
          <w:tcPr>
            <w:tcW w:w="1995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2A2E90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Viernes</w:t>
            </w:r>
          </w:p>
        </w:tc>
      </w:tr>
    </w:tbl>
    <w:p w14:paraId="6D05DFFB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3. Actuaciones susceptibles de realización a distancia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9468"/>
      </w:tblGrid>
      <w:tr w:rsidR="00001E62" w14:paraId="6BA81DC6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6E8783" w14:textId="0B5D2769" w:rsidR="00001E62" w:rsidRDefault="009F7F22">
            <w:pPr>
              <w:spacing w:after="0" w:line="240" w:lineRule="auto"/>
              <w:jc w:val="center"/>
            </w:pPr>
            <w:sdt>
              <w:sdtPr>
                <w:id w:val="3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05B11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172A6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Estudio y análisis de documentación</w:t>
            </w:r>
          </w:p>
        </w:tc>
      </w:tr>
      <w:tr w:rsidR="00001E62" w14:paraId="3ADE16F5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8B1C1C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C2164C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Elaboración de informes</w:t>
            </w:r>
          </w:p>
        </w:tc>
      </w:tr>
      <w:tr w:rsidR="00001E62" w14:paraId="3892AA40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239B6E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0EB06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Elaboración de propuestas y requerimientos</w:t>
            </w:r>
          </w:p>
        </w:tc>
      </w:tr>
      <w:tr w:rsidR="00001E62" w14:paraId="52F8C5B3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A27B3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1DEAF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Planificación de actuaciones inspectoras</w:t>
            </w:r>
          </w:p>
        </w:tc>
      </w:tr>
      <w:tr w:rsidR="00001E62" w14:paraId="2D250BED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C553F9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3392C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Tramitación electrónica de expedientes</w:t>
            </w:r>
          </w:p>
        </w:tc>
      </w:tr>
      <w:tr w:rsidR="00001E62" w14:paraId="02205CEF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474CC2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850CC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Análisis normativo</w:t>
            </w:r>
          </w:p>
        </w:tc>
      </w:tr>
      <w:tr w:rsidR="00001E62" w14:paraId="18BD60A0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99EBFE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FF4315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Reuniones telemáticas</w:t>
            </w:r>
          </w:p>
        </w:tc>
      </w:tr>
      <w:tr w:rsidR="00001E62" w14:paraId="585D545D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3089C8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28536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Asesoramiento telemático</w:t>
            </w:r>
          </w:p>
        </w:tc>
      </w:tr>
      <w:tr w:rsidR="00001E62" w14:paraId="4298D059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7A5545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5F79B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Seguimiento de programas</w:t>
            </w:r>
          </w:p>
        </w:tc>
      </w:tr>
    </w:tbl>
    <w:p w14:paraId="7B7DB467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4. Objetivos generales obligatorios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9468"/>
      </w:tblGrid>
      <w:tr w:rsidR="00001E62" w14:paraId="6C3E0C7E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EDDF6" w14:textId="3E7B19DC" w:rsidR="00001E62" w:rsidRDefault="009F7F22">
            <w:pPr>
              <w:spacing w:after="0" w:line="240" w:lineRule="auto"/>
              <w:jc w:val="center"/>
            </w:pPr>
            <w:sdt>
              <w:sdtPr>
                <w:id w:val="3021"/>
                <w14:checkbox>
                  <w14:checked w14:val="1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05B11">
                  <w:rPr>
                    <w:rFonts w:ascii="Segoe UI Symbol" w:hAnsi="Segoe UI Symbol"/>
                  </w:rPr>
                  <w:t>☒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15FAA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Cumplir los plazos establecidos para las actuaciones inspectoras</w:t>
            </w:r>
          </w:p>
        </w:tc>
      </w:tr>
      <w:tr w:rsidR="00001E62" w14:paraId="59046B88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723B95" w14:textId="7B1C9CD1" w:rsidR="00001E62" w:rsidRDefault="009F7F22">
            <w:pPr>
              <w:spacing w:after="0" w:line="240" w:lineRule="auto"/>
              <w:jc w:val="center"/>
            </w:pPr>
            <w:sdt>
              <w:sdtPr>
                <w:id w:val="3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05B11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75B4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Garantizar la calidad técnica y adecuación normativa de los documentos</w:t>
            </w:r>
          </w:p>
        </w:tc>
      </w:tr>
      <w:tr w:rsidR="00001E62" w14:paraId="03F43B99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9E250A" w14:textId="5D3A154D" w:rsidR="00001E62" w:rsidRDefault="009F7F22">
            <w:pPr>
              <w:spacing w:after="0" w:line="240" w:lineRule="auto"/>
              <w:jc w:val="center"/>
            </w:pPr>
            <w:sdt>
              <w:sdtPr>
                <w:id w:val="3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FFA1EF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Mantener actualizados expedientes y registros</w:t>
            </w:r>
          </w:p>
        </w:tc>
      </w:tr>
      <w:tr w:rsidR="00001E62" w14:paraId="3F5827DB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9F1407" w14:textId="010BBD2F" w:rsidR="00001E62" w:rsidRDefault="009F7F22">
            <w:pPr>
              <w:spacing w:after="0" w:line="240" w:lineRule="auto"/>
              <w:jc w:val="center"/>
            </w:pPr>
            <w:sdt>
              <w:sdtPr>
                <w:id w:val="3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D03A45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Contribuir al desarrollo del Plan General y Provincial</w:t>
            </w:r>
          </w:p>
        </w:tc>
      </w:tr>
      <w:tr w:rsidR="00001E62" w14:paraId="65C6B0EE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FDDEA4" w14:textId="5D6D5EDB" w:rsidR="00001E62" w:rsidRDefault="009F7F22">
            <w:pPr>
              <w:spacing w:after="0" w:line="240" w:lineRule="auto"/>
              <w:jc w:val="center"/>
            </w:pPr>
            <w:sdt>
              <w:sdtPr>
                <w:id w:val="3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530A81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Participar en la coordinación y trabajo en equipo</w:t>
            </w:r>
          </w:p>
        </w:tc>
      </w:tr>
      <w:tr w:rsidR="00001E62" w14:paraId="24131925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7E91E6" w14:textId="0584172E" w:rsidR="00001E62" w:rsidRDefault="009F7F22">
            <w:pPr>
              <w:spacing w:after="0" w:line="240" w:lineRule="auto"/>
              <w:jc w:val="center"/>
            </w:pPr>
            <w:sdt>
              <w:sdtPr>
                <w:id w:val="3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FEC90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Utilizar procedimientos y aplicaciones corporativas</w:t>
            </w:r>
          </w:p>
        </w:tc>
      </w:tr>
      <w:tr w:rsidR="00001E62" w14:paraId="28F56856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86933" w14:textId="5265142A" w:rsidR="00001E62" w:rsidRDefault="009F7F22">
            <w:pPr>
              <w:spacing w:after="0" w:line="240" w:lineRule="auto"/>
              <w:jc w:val="center"/>
            </w:pPr>
            <w:sdt>
              <w:sdtPr>
                <w:id w:val="3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88B51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Garantizar la atención a centros y comunidad educativa</w:t>
            </w:r>
          </w:p>
        </w:tc>
      </w:tr>
      <w:tr w:rsidR="00001E62" w14:paraId="1ACE72FF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B070C6" w14:textId="188BBC7D" w:rsidR="00001E62" w:rsidRDefault="009F7F22">
            <w:pPr>
              <w:spacing w:after="0" w:line="240" w:lineRule="auto"/>
              <w:jc w:val="center"/>
            </w:pPr>
            <w:sdt>
              <w:sdtPr>
                <w:id w:val="3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34B5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Cumplir las obligaciones de seguridad y protección de datos</w:t>
            </w:r>
          </w:p>
        </w:tc>
      </w:tr>
      <w:tr w:rsidR="00001E62" w14:paraId="7C87C1CC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1E560F" w14:textId="6A6D935E" w:rsidR="00001E62" w:rsidRDefault="009F7F22">
            <w:pPr>
              <w:spacing w:after="0" w:line="240" w:lineRule="auto"/>
              <w:jc w:val="center"/>
            </w:pPr>
            <w:sdt>
              <w:sdtPr>
                <w:id w:val="3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D86AD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Optimizar la jornada de trabajo a distancia</w:t>
            </w:r>
          </w:p>
        </w:tc>
      </w:tr>
      <w:tr w:rsidR="00001E62" w14:paraId="5B53AB3C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2AD6F" w14:textId="1CE23510" w:rsidR="00001E62" w:rsidRDefault="009F7F22">
            <w:pPr>
              <w:spacing w:after="0" w:line="240" w:lineRule="auto"/>
              <w:jc w:val="center"/>
            </w:pPr>
            <w:sdt>
              <w:sdtPr>
                <w:id w:val="3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851D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Favorecer la dedicación presencial a visitas y supervisión</w:t>
            </w:r>
          </w:p>
        </w:tc>
      </w:tr>
    </w:tbl>
    <w:p w14:paraId="33DD06D2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lastRenderedPageBreak/>
        <w:t>5. Horario de interconexión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2EEA1095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5B80F4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Horario fijo: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6EE23C" w14:textId="77777777" w:rsidR="00001E62" w:rsidRDefault="009F7F22">
            <w:pPr>
              <w:keepNext/>
              <w:spacing w:after="0" w:line="240" w:lineRule="auto"/>
            </w:pPr>
            <w:r>
              <w:rPr>
                <w:lang w:val="es-ES"/>
              </w:rPr>
              <w:t>09:00 a 14:00 horas</w:t>
            </w:r>
          </w:p>
        </w:tc>
      </w:tr>
      <w:tr w:rsidR="00001E62" w14:paraId="24FCAF87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8AF679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Horario flexible: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1E71B3" w14:textId="77777777" w:rsidR="00001E62" w:rsidRDefault="009F7F22">
            <w:pPr>
              <w:keepNext/>
              <w:spacing w:after="0" w:line="240" w:lineRule="auto"/>
            </w:pPr>
            <w:r>
              <w:rPr>
                <w:lang w:val="es-ES"/>
              </w:rPr>
              <w:t>07:30 - 09:00     14:00 - 15:00</w:t>
            </w:r>
          </w:p>
        </w:tc>
      </w:tr>
      <w:tr w:rsidR="00001E62" w14:paraId="532910F4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E69D2C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Observaciones: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284D45" w14:textId="77777777" w:rsidR="00001E62" w:rsidRDefault="009F7F22">
            <w:pPr>
              <w:spacing w:after="0" w:line="240" w:lineRule="auto"/>
            </w:pPr>
            <w:sdt>
              <w:sdtPr>
                <w:id w:val="3031"/>
                <w:placeholder>
                  <w:docPart w:val="F1718452B4224F2696CA52F21E759B35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Escriba las observaciones del horario...</w:t>
                </w:r>
              </w:sdtContent>
            </w:sdt>
          </w:p>
        </w:tc>
      </w:tr>
    </w:tbl>
    <w:p w14:paraId="697C4604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6. Seguimiento y evaluación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6693B73A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96FE70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Periodicidad: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ABF99C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32"/>
                <w14:checkbox>
                  <w14:checked w14:val="1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☒</w:t>
                </w:r>
              </w:sdtContent>
            </w:sdt>
            <w:r>
              <w:rPr>
                <w:lang w:val="es-ES"/>
              </w:rPr>
              <w:t xml:space="preserve"> Trimestral     </w:t>
            </w:r>
            <w:sdt>
              <w:sdtPr>
                <w:id w:val="30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Semestral</w:t>
            </w:r>
          </w:p>
        </w:tc>
      </w:tr>
      <w:tr w:rsidR="00001E62" w14:paraId="58DB460B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E918F1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Resultado: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6EAC78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3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Favorable     </w:t>
            </w:r>
            <w:sdt>
              <w:sdtPr>
                <w:id w:val="30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Favorable con observaciones     </w:t>
            </w:r>
            <w:sdt>
              <w:sdtPr>
                <w:id w:val="3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Desfavorable</w:t>
            </w:r>
          </w:p>
        </w:tc>
      </w:tr>
      <w:tr w:rsidR="00001E62" w14:paraId="4741EC06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1AF4A7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Observaciones: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2890A4" w14:textId="77777777" w:rsidR="00001E62" w:rsidRDefault="009F7F22">
            <w:pPr>
              <w:spacing w:after="0" w:line="240" w:lineRule="auto"/>
            </w:pPr>
            <w:sdt>
              <w:sdtPr>
                <w:id w:val="3037"/>
                <w:placeholder>
                  <w:docPart w:val="D88077828A4F4E89ABD70ECD862071C1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Escriba las observaciones de seguimiento...</w:t>
                </w:r>
              </w:sdtContent>
            </w:sdt>
          </w:p>
        </w:tc>
      </w:tr>
    </w:tbl>
    <w:p w14:paraId="4708732D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7. Indicadores de evaluación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76"/>
        <w:gridCol w:w="1701"/>
        <w:gridCol w:w="1701"/>
      </w:tblGrid>
      <w:tr w:rsidR="00001E62" w14:paraId="75244C3C" w14:textId="77777777">
        <w:trPr>
          <w:cantSplit/>
          <w:tblHeader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00285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376CC0" w14:textId="77777777" w:rsidR="00001E62" w:rsidRDefault="009F7F22">
            <w:pPr>
              <w:spacing w:after="0" w:line="240" w:lineRule="auto"/>
            </w:pPr>
            <w:r>
              <w:rPr>
                <w:b/>
                <w:color w:val="FFFFFF"/>
                <w:lang w:val="es-ES"/>
              </w:rPr>
              <w:t>Indicador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00285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53CEB4" w14:textId="77777777" w:rsidR="00001E62" w:rsidRDefault="009F7F22">
            <w:pPr>
              <w:spacing w:after="0" w:line="240" w:lineRule="auto"/>
              <w:jc w:val="center"/>
            </w:pPr>
            <w:r>
              <w:rPr>
                <w:b/>
                <w:color w:val="FFFFFF"/>
                <w:lang w:val="es-ES"/>
              </w:rPr>
              <w:t>Cumple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00285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D97C5" w14:textId="77777777" w:rsidR="00001E62" w:rsidRDefault="009F7F22">
            <w:pPr>
              <w:spacing w:after="0" w:line="240" w:lineRule="auto"/>
              <w:jc w:val="center"/>
            </w:pPr>
            <w:r>
              <w:rPr>
                <w:b/>
                <w:color w:val="FFFFFF"/>
                <w:lang w:val="es-ES"/>
              </w:rPr>
              <w:t>No cumple</w:t>
            </w:r>
          </w:p>
        </w:tc>
      </w:tr>
      <w:tr w:rsidR="00001E62" w14:paraId="40F00F6D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8D9AAD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Cumplimiento de plazos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73A282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3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2E2FE5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3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7611E025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8C9B05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Calidad técnica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23F82B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F44BEF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58B30A84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0E0DB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Actualización expedientes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4EFD50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58B20B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038EE82C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A73E78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Participación en coordinación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147D9A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234806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0FBB6C85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6D993B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Atención incidencias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9C3D95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F34C1B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3425B32A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EF373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Disponibilidad efectiva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0E410C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E21AAA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4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5EBC3AD5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573012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Uso medios corporativos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DBE5E7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5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0F8DB5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5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68742F40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29F4A9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Protección de datos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9BFE31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5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36EF2" w14:textId="77777777" w:rsidR="00001E62" w:rsidRDefault="009F7F22">
            <w:pPr>
              <w:spacing w:after="0" w:line="240" w:lineRule="auto"/>
              <w:jc w:val="center"/>
            </w:pPr>
            <w:sdt>
              <w:sdtPr>
                <w:id w:val="305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</w:tbl>
    <w:p w14:paraId="4C459579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Declaración responsable</w:t>
      </w:r>
    </w:p>
    <w:p w14:paraId="24841A07" w14:textId="77777777" w:rsidR="00001E62" w:rsidRDefault="009F7F22">
      <w:pPr>
        <w:spacing w:after="80"/>
        <w:jc w:val="both"/>
      </w:pPr>
      <w:r>
        <w:rPr>
          <w:lang w:val="es-ES"/>
        </w:rPr>
        <w:t>La persona solicitante declara conocer y aceptar las condiciones establecidas para la prestación de servicios en modalidad de trabajo a distancia.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155D9416" w14:textId="77777777">
        <w:trPr>
          <w:cantSplit/>
          <w:trHeight w:val="900"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E73490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Firma solicitante: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D87718" w14:textId="77777777" w:rsidR="00001E62" w:rsidRDefault="009F7F22">
            <w:pPr>
              <w:spacing w:after="0" w:line="240" w:lineRule="auto"/>
            </w:pPr>
            <w:sdt>
              <w:sdtPr>
                <w:id w:val="3054"/>
                <w:placeholder>
                  <w:docPart w:val="211931D4B92E409B89E9FC735FC9DB34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Firma digital o manuscrita...</w:t>
                </w:r>
              </w:sdtContent>
            </w:sdt>
          </w:p>
        </w:tc>
      </w:tr>
    </w:tbl>
    <w:p w14:paraId="4206C498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Informe de la Jefatura del Servicio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56657FFC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B0C254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Informe: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1BD274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5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Favorable     </w:t>
            </w:r>
            <w:sdt>
              <w:sdtPr>
                <w:id w:val="305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>
              <w:rPr>
                <w:lang w:val="es-ES"/>
              </w:rPr>
              <w:t xml:space="preserve"> Desfavorable</w:t>
            </w:r>
          </w:p>
        </w:tc>
      </w:tr>
      <w:tr w:rsidR="00001E62" w14:paraId="00DCE149" w14:textId="77777777">
        <w:trPr>
          <w:cantSplit/>
          <w:trHeight w:val="900"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EBCA34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Motivación: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B8F6B3" w14:textId="77777777" w:rsidR="00001E62" w:rsidRDefault="009F7F22">
            <w:pPr>
              <w:keepNext/>
              <w:spacing w:after="0" w:line="240" w:lineRule="auto"/>
            </w:pPr>
            <w:sdt>
              <w:sdtPr>
                <w:id w:val="3057"/>
                <w:placeholder>
                  <w:docPart w:val="4268373911624175948B9B9D0B10E82D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Escriba la motivación de la resolución...</w:t>
                </w:r>
              </w:sdtContent>
            </w:sdt>
          </w:p>
        </w:tc>
      </w:tr>
      <w:tr w:rsidR="00001E62" w14:paraId="41840CE7" w14:textId="77777777">
        <w:trPr>
          <w:cantSplit/>
          <w:trHeight w:val="900"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B6019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Firma: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269DD" w14:textId="77777777" w:rsidR="00001E62" w:rsidRDefault="009F7F22">
            <w:pPr>
              <w:spacing w:after="0" w:line="240" w:lineRule="auto"/>
            </w:pPr>
            <w:sdt>
              <w:sdtPr>
                <w:id w:val="3058"/>
                <w:placeholder>
                  <w:docPart w:val="3CFEFB2E87D8494EA31F1DBD7AEB5CC2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Firma de la Jefatura del Servicio...</w:t>
                </w:r>
              </w:sdtContent>
            </w:sdt>
          </w:p>
        </w:tc>
      </w:tr>
    </w:tbl>
    <w:p w14:paraId="01EFD24D" w14:textId="77777777" w:rsidR="00001E62" w:rsidRDefault="00001E62">
      <w:pPr>
        <w:spacing w:after="0"/>
      </w:pPr>
    </w:p>
    <w:sectPr w:rsidR="00001E62" w:rsidSect="00034616">
      <w:headerReference w:type="default" r:id="rId8"/>
      <w:footerReference w:type="default" r:id="rId9"/>
      <w:pgSz w:w="11906" w:h="16838"/>
      <w:pgMar w:top="964" w:right="964" w:bottom="850" w:left="96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4745A" w14:textId="77777777" w:rsidR="009F7F22" w:rsidRDefault="009F7F22">
      <w:pPr>
        <w:spacing w:after="0" w:line="240" w:lineRule="auto"/>
      </w:pPr>
      <w:r>
        <w:separator/>
      </w:r>
    </w:p>
  </w:endnote>
  <w:endnote w:type="continuationSeparator" w:id="0">
    <w:p w14:paraId="41D177A8" w14:textId="77777777" w:rsidR="009F7F22" w:rsidRDefault="009F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15E8" w14:textId="77777777" w:rsidR="00D11C52" w:rsidRPr="0029354F" w:rsidRDefault="005F774E">
    <w:pPr>
      <w:pStyle w:val="Piedepgina"/>
      <w:jc w:val="right"/>
      <w:rPr>
        <w:lang w:val="es-ES"/>
      </w:rPr>
    </w:pPr>
    <w:r w:rsidRPr="0029354F">
      <w:rPr>
        <w:color w:val="777779"/>
        <w:sz w:val="16"/>
        <w:lang w:val="es-ES"/>
      </w:rPr>
      <w:t xml:space="preserve">Plan de trabajo individualizado · Página </w:t>
    </w:r>
    <w:r>
      <w:rPr>
        <w:color w:val="777779"/>
        <w:sz w:val="17"/>
      </w:rPr>
      <w:fldChar w:fldCharType="begin"/>
    </w:r>
    <w:r w:rsidRPr="0029354F">
      <w:rPr>
        <w:color w:val="777779"/>
        <w:sz w:val="17"/>
        <w:lang w:val="es-ES"/>
      </w:rPr>
      <w:instrText>PAGE</w:instrText>
    </w:r>
    <w:r>
      <w:rPr>
        <w:color w:val="777779"/>
        <w:sz w:val="17"/>
      </w:rPr>
      <w:fldChar w:fldCharType="separate"/>
    </w:r>
    <w:r w:rsidR="009777E5" w:rsidRPr="0029354F">
      <w:rPr>
        <w:noProof/>
        <w:color w:val="777779"/>
        <w:sz w:val="17"/>
        <w:lang w:val="es-ES"/>
      </w:rPr>
      <w:t>1</w:t>
    </w:r>
    <w:r>
      <w:rPr>
        <w:color w:val="777779"/>
        <w:sz w:val="17"/>
      </w:rPr>
      <w:fldChar w:fldCharType="end"/>
    </w:r>
    <w:r w:rsidRPr="0029354F">
      <w:rPr>
        <w:color w:val="777779"/>
        <w:sz w:val="16"/>
        <w:lang w:val="es-ES"/>
      </w:rPr>
      <w:t xml:space="preserve"> de </w:t>
    </w:r>
    <w:r>
      <w:rPr>
        <w:color w:val="777779"/>
        <w:sz w:val="17"/>
      </w:rPr>
      <w:fldChar w:fldCharType="begin"/>
    </w:r>
    <w:r w:rsidRPr="0029354F">
      <w:rPr>
        <w:color w:val="777779"/>
        <w:sz w:val="17"/>
        <w:lang w:val="es-ES"/>
      </w:rPr>
      <w:instrText>NUMPAGES</w:instrText>
    </w:r>
    <w:r>
      <w:rPr>
        <w:color w:val="777779"/>
        <w:sz w:val="17"/>
      </w:rPr>
      <w:fldChar w:fldCharType="separate"/>
    </w:r>
    <w:r w:rsidR="009777E5" w:rsidRPr="0029354F">
      <w:rPr>
        <w:noProof/>
        <w:color w:val="777779"/>
        <w:sz w:val="17"/>
        <w:lang w:val="es-ES"/>
      </w:rPr>
      <w:t>2</w:t>
    </w:r>
    <w:r>
      <w:rPr>
        <w:color w:val="77777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1B0E7" w14:textId="77777777" w:rsidR="009F7F22" w:rsidRDefault="009F7F22">
      <w:pPr>
        <w:spacing w:after="0" w:line="240" w:lineRule="auto"/>
      </w:pPr>
      <w:r>
        <w:separator/>
      </w:r>
    </w:p>
  </w:footnote>
  <w:footnote w:type="continuationSeparator" w:id="0">
    <w:p w14:paraId="4CB312EA" w14:textId="77777777" w:rsidR="009F7F22" w:rsidRDefault="009F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544F" w14:textId="77777777" w:rsidR="00D11C52" w:rsidRDefault="00D11C52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D11C52" w14:paraId="6C325861" w14:textId="77777777">
      <w:trPr>
        <w:jc w:val="center"/>
      </w:trPr>
      <w:tc>
        <w:tcPr>
          <w:tcW w:w="4989" w:type="dxa"/>
          <w:tcBorders>
            <w:bottom w:val="single" w:sz="10" w:space="0" w:color="002855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8D74D0A" w14:textId="77777777" w:rsidR="00D11C52" w:rsidRDefault="005F774E">
          <w:r>
            <w:rPr>
              <w:noProof/>
            </w:rPr>
            <w:drawing>
              <wp:inline distT="0" distB="0" distL="0" distR="0" wp14:anchorId="21645DD9" wp14:editId="227106A1">
                <wp:extent cx="1152000" cy="615942"/>
                <wp:effectExtent l="0" t="0" r="0" b="0"/>
                <wp:docPr id="1" name="Picture 1" descr="Logotipo institucional de la Junta de Comunidades de Castilla-La Mancha" title="Castilla-La Man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6159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  <w:tcBorders>
            <w:bottom w:val="single" w:sz="10" w:space="0" w:color="002855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6B359AA" w14:textId="77777777" w:rsidR="00D11C52" w:rsidRPr="00C33C02" w:rsidRDefault="005F774E">
          <w:pPr>
            <w:jc w:val="right"/>
            <w:rPr>
              <w:lang w:val="es-ES"/>
            </w:rPr>
          </w:pPr>
          <w:r w:rsidRPr="00C33C02">
            <w:rPr>
              <w:rFonts w:ascii="Arial Narrow" w:hAnsi="Arial Narrow"/>
              <w:b/>
              <w:color w:val="002855"/>
              <w:lang w:val="es-ES"/>
            </w:rPr>
            <w:t>Consejería de Educación, Cultura y Deportes</w:t>
          </w:r>
        </w:p>
        <w:p w14:paraId="1983B137" w14:textId="77777777" w:rsidR="00D11C52" w:rsidRDefault="005F774E">
          <w:pPr>
            <w:spacing w:after="0" w:line="240" w:lineRule="auto"/>
            <w:jc w:val="right"/>
          </w:pPr>
          <w:r>
            <w:rPr>
              <w:rFonts w:ascii="Arial Narrow" w:hAnsi="Arial Narrow"/>
              <w:color w:val="777779"/>
              <w:sz w:val="17"/>
            </w:rPr>
            <w:t>Inspección de Educación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7477079">
    <w:abstractNumId w:val="8"/>
  </w:num>
  <w:num w:numId="2" w16cid:durableId="1152211554">
    <w:abstractNumId w:val="6"/>
  </w:num>
  <w:num w:numId="3" w16cid:durableId="770932148">
    <w:abstractNumId w:val="5"/>
  </w:num>
  <w:num w:numId="4" w16cid:durableId="2033993634">
    <w:abstractNumId w:val="4"/>
  </w:num>
  <w:num w:numId="5" w16cid:durableId="1724671303">
    <w:abstractNumId w:val="7"/>
  </w:num>
  <w:num w:numId="6" w16cid:durableId="1943294181">
    <w:abstractNumId w:val="3"/>
  </w:num>
  <w:num w:numId="7" w16cid:durableId="897666296">
    <w:abstractNumId w:val="2"/>
  </w:num>
  <w:num w:numId="8" w16cid:durableId="1766152099">
    <w:abstractNumId w:val="1"/>
  </w:num>
  <w:num w:numId="9" w16cid:durableId="189649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Fe736nCJaya9knUaxP5M+uQoFUqikBBYU0HqmKNamvm+T4FA80FRLyEA1LgIR4zpqm07+lXghSxudSq91JTng==" w:salt="K9hILaiMc40JLUEUB8RRB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E62"/>
    <w:rsid w:val="00034616"/>
    <w:rsid w:val="0006063C"/>
    <w:rsid w:val="0015074B"/>
    <w:rsid w:val="001D1F9D"/>
    <w:rsid w:val="0026456F"/>
    <w:rsid w:val="0029354F"/>
    <w:rsid w:val="0029639D"/>
    <w:rsid w:val="00326F90"/>
    <w:rsid w:val="003B7CB7"/>
    <w:rsid w:val="00405B11"/>
    <w:rsid w:val="00420500"/>
    <w:rsid w:val="004D0E39"/>
    <w:rsid w:val="004F4DF9"/>
    <w:rsid w:val="005F774E"/>
    <w:rsid w:val="00646508"/>
    <w:rsid w:val="008C31AA"/>
    <w:rsid w:val="009777E5"/>
    <w:rsid w:val="009F7F22"/>
    <w:rsid w:val="00AA1D8D"/>
    <w:rsid w:val="00B47730"/>
    <w:rsid w:val="00C33C02"/>
    <w:rsid w:val="00CB0664"/>
    <w:rsid w:val="00D11C52"/>
    <w:rsid w:val="00DD41D1"/>
    <w:rsid w:val="00EA1DE8"/>
    <w:rsid w:val="00F05849"/>
    <w:rsid w:val="00FC693F"/>
    <w:rsid w:val="00FD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539ED"/>
  <w14:defaultImageDpi w14:val="300"/>
  <w15:docId w15:val="{82A23952-6541-436C-A7ED-AB5CDA23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20252A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405B1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88DC12BACA4EE8AC5D2616BCCA1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965B9-44BC-400C-9602-6E885342A02F}"/>
      </w:docPartPr>
      <w:docPartBody>
        <w:p w:rsidR="00EE3281" w:rsidRDefault="00C236B6" w:rsidP="00C236B6">
          <w:pPr>
            <w:pStyle w:val="2F88DC12BACA4EE8AC5D2616BCCA15F81"/>
          </w:pPr>
          <w:r>
            <w:rPr>
              <w:i/>
              <w:color w:val="8A94A0"/>
              <w:lang w:val="es-ES"/>
            </w:rPr>
            <w:t>Escriba aquí el nombre y apellidos...</w:t>
          </w:r>
        </w:p>
      </w:docPartBody>
    </w:docPart>
    <w:docPart>
      <w:docPartPr>
        <w:name w:val="5FE3604C33C94A93996D90EC326A4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5A6A2-9F40-414D-8BAD-DD7137B1E3CD}"/>
      </w:docPartPr>
      <w:docPartBody>
        <w:p w:rsidR="00EE3281" w:rsidRDefault="00C236B6" w:rsidP="00C236B6">
          <w:pPr>
            <w:pStyle w:val="5FE3604C33C94A93996D90EC326A47811"/>
          </w:pPr>
          <w:r>
            <w:rPr>
              <w:i/>
              <w:color w:val="8A94A0"/>
              <w:lang w:val="es-ES"/>
            </w:rPr>
            <w:t>00000000X</w:t>
          </w:r>
        </w:p>
      </w:docPartBody>
    </w:docPart>
    <w:docPart>
      <w:docPartPr>
        <w:name w:val="E7B861630B5C4CE1A524333938711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CA2AE-12FD-4B3D-A1F6-1ED5D055CBF6}"/>
      </w:docPartPr>
      <w:docPartBody>
        <w:p w:rsidR="00EE3281" w:rsidRDefault="00C236B6" w:rsidP="00C236B6">
          <w:pPr>
            <w:pStyle w:val="E7B861630B5C4CE1A5243339387115891"/>
          </w:pPr>
          <w:r>
            <w:rPr>
              <w:i/>
              <w:color w:val="8A94A0"/>
              <w:lang w:val="es-ES"/>
            </w:rPr>
            <w:t>Seleccione provincia...</w:t>
          </w:r>
        </w:p>
      </w:docPartBody>
    </w:docPart>
    <w:docPart>
      <w:docPartPr>
        <w:name w:val="BDD1909950C741C6840F0E687420A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8810E-E4B8-4D3B-BE91-9C5D5A66AD61}"/>
      </w:docPartPr>
      <w:docPartBody>
        <w:p w:rsidR="00EE3281" w:rsidRDefault="00C236B6" w:rsidP="00C236B6">
          <w:pPr>
            <w:pStyle w:val="BDD1909950C741C6840F0E687420AD3F1"/>
          </w:pPr>
          <w:r>
            <w:rPr>
              <w:i/>
              <w:color w:val="8A94A0"/>
              <w:lang w:val="es-ES"/>
            </w:rPr>
            <w:t>Escriba la zona de adscripción...</w:t>
          </w:r>
        </w:p>
      </w:docPartBody>
    </w:docPart>
    <w:docPart>
      <w:docPartPr>
        <w:name w:val="7F6C278F74F649ACA1823B7F7D039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3ED64-26EB-4A9A-8E08-5E669178C334}"/>
      </w:docPartPr>
      <w:docPartBody>
        <w:p w:rsidR="00EE3281" w:rsidRDefault="00C236B6" w:rsidP="00C236B6">
          <w:pPr>
            <w:pStyle w:val="7F6C278F74F649ACA1823B7F7D0390EA1"/>
          </w:pPr>
          <w:r>
            <w:rPr>
              <w:i/>
              <w:color w:val="8A94A0"/>
              <w:lang w:val="es-ES"/>
            </w:rPr>
            <w:t>dd/mm/aaaa</w:t>
          </w:r>
        </w:p>
      </w:docPartBody>
    </w:docPart>
    <w:docPart>
      <w:docPartPr>
        <w:name w:val="752CC7F856E1499587B033B0FE3B2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0D9C4-E6AD-450B-8582-E89F4EBED950}"/>
      </w:docPartPr>
      <w:docPartBody>
        <w:p w:rsidR="00EE3281" w:rsidRDefault="00C236B6" w:rsidP="00C236B6">
          <w:pPr>
            <w:pStyle w:val="752CC7F856E1499587B033B0FE3B254A1"/>
          </w:pPr>
          <w:r>
            <w:rPr>
              <w:i/>
              <w:color w:val="8A94A0"/>
              <w:lang w:val="es-ES"/>
            </w:rPr>
            <w:t>dd/mm/aaaa</w:t>
          </w:r>
        </w:p>
      </w:docPartBody>
    </w:docPart>
    <w:docPart>
      <w:docPartPr>
        <w:name w:val="F1718452B4224F2696CA52F21E759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C5902-6BB0-43F9-90A2-07458E8A7C62}"/>
      </w:docPartPr>
      <w:docPartBody>
        <w:p w:rsidR="00EE3281" w:rsidRDefault="00C236B6" w:rsidP="00C236B6">
          <w:pPr>
            <w:pStyle w:val="F1718452B4224F2696CA52F21E759B351"/>
          </w:pPr>
          <w:r>
            <w:rPr>
              <w:i/>
              <w:color w:val="8A94A0"/>
              <w:lang w:val="es-ES"/>
            </w:rPr>
            <w:t>Escriba las observaciones del horario...</w:t>
          </w:r>
        </w:p>
      </w:docPartBody>
    </w:docPart>
    <w:docPart>
      <w:docPartPr>
        <w:name w:val="D88077828A4F4E89ABD70ECD86207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9559C-88CA-44EE-8353-FCE72E47A0EA}"/>
      </w:docPartPr>
      <w:docPartBody>
        <w:p w:rsidR="00EE3281" w:rsidRDefault="00C236B6" w:rsidP="00C236B6">
          <w:pPr>
            <w:pStyle w:val="D88077828A4F4E89ABD70ECD862071C11"/>
          </w:pPr>
          <w:r>
            <w:rPr>
              <w:i/>
              <w:color w:val="8A94A0"/>
              <w:lang w:val="es-ES"/>
            </w:rPr>
            <w:t>Escriba las observaciones de seguimiento...</w:t>
          </w:r>
        </w:p>
      </w:docPartBody>
    </w:docPart>
    <w:docPart>
      <w:docPartPr>
        <w:name w:val="211931D4B92E409B89E9FC735FC9D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DBA79-E308-42DA-BBD6-48C9B9610B49}"/>
      </w:docPartPr>
      <w:docPartBody>
        <w:p w:rsidR="00EE3281" w:rsidRDefault="00C236B6" w:rsidP="00C236B6">
          <w:pPr>
            <w:pStyle w:val="211931D4B92E409B89E9FC735FC9DB341"/>
          </w:pPr>
          <w:r>
            <w:rPr>
              <w:i/>
              <w:color w:val="8A94A0"/>
              <w:lang w:val="es-ES"/>
            </w:rPr>
            <w:t>Firma digital o manuscrita...</w:t>
          </w:r>
        </w:p>
      </w:docPartBody>
    </w:docPart>
    <w:docPart>
      <w:docPartPr>
        <w:name w:val="4268373911624175948B9B9D0B10E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DC71A-0EC0-4884-83A1-8D9879EAD021}"/>
      </w:docPartPr>
      <w:docPartBody>
        <w:p w:rsidR="00EE3281" w:rsidRDefault="00C236B6" w:rsidP="00C236B6">
          <w:pPr>
            <w:pStyle w:val="4268373911624175948B9B9D0B10E82D1"/>
          </w:pPr>
          <w:r>
            <w:rPr>
              <w:i/>
              <w:color w:val="8A94A0"/>
              <w:lang w:val="es-ES"/>
            </w:rPr>
            <w:t>Escriba la motivación de la resolución...</w:t>
          </w:r>
        </w:p>
      </w:docPartBody>
    </w:docPart>
    <w:docPart>
      <w:docPartPr>
        <w:name w:val="3CFEFB2E87D8494EA31F1DBD7AEB5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15E4F-3E53-43D0-8D90-BEFC5FB195F8}"/>
      </w:docPartPr>
      <w:docPartBody>
        <w:p w:rsidR="00EE3281" w:rsidRDefault="00C236B6" w:rsidP="00C236B6">
          <w:pPr>
            <w:pStyle w:val="3CFEFB2E87D8494EA31F1DBD7AEB5CC21"/>
          </w:pPr>
          <w:r>
            <w:rPr>
              <w:i/>
              <w:color w:val="8A94A0"/>
              <w:lang w:val="es-ES"/>
            </w:rPr>
            <w:t>Firma de la Jefatura del Servicio...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B6"/>
    <w:rsid w:val="00C236B6"/>
    <w:rsid w:val="00DD41D1"/>
    <w:rsid w:val="00EE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F88DC12BACA4EE8AC5D2616BCCA15F8">
    <w:name w:val="2F88DC12BACA4EE8AC5D2616BCCA15F8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5FE3604C33C94A93996D90EC326A4781">
    <w:name w:val="5FE3604C33C94A93996D90EC326A478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E7B861630B5C4CE1A524333938711589">
    <w:name w:val="E7B861630B5C4CE1A524333938711589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BDD1909950C741C6840F0E687420AD3F">
    <w:name w:val="BDD1909950C741C6840F0E687420AD3F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7F6C278F74F649ACA1823B7F7D0390EA">
    <w:name w:val="7F6C278F74F649ACA1823B7F7D0390EA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752CC7F856E1499587B033B0FE3B254A">
    <w:name w:val="752CC7F856E1499587B033B0FE3B254A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F1718452B4224F2696CA52F21E759B35">
    <w:name w:val="F1718452B4224F2696CA52F21E759B35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D88077828A4F4E89ABD70ECD862071C1">
    <w:name w:val="D88077828A4F4E89ABD70ECD862071C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211931D4B92E409B89E9FC735FC9DB34">
    <w:name w:val="211931D4B92E409B89E9FC735FC9DB34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4268373911624175948B9B9D0B10E82D">
    <w:name w:val="4268373911624175948B9B9D0B10E82D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3CFEFB2E87D8494EA31F1DBD7AEB5CC2">
    <w:name w:val="3CFEFB2E87D8494EA31F1DBD7AEB5CC2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C236B6"/>
    <w:rPr>
      <w:color w:val="666666"/>
    </w:rPr>
  </w:style>
  <w:style w:type="paragraph" w:customStyle="1" w:styleId="2F88DC12BACA4EE8AC5D2616BCCA15F81">
    <w:name w:val="2F88DC12BACA4EE8AC5D2616BCCA15F8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5FE3604C33C94A93996D90EC326A47811">
    <w:name w:val="5FE3604C33C94A93996D90EC326A4781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E7B861630B5C4CE1A5243339387115891">
    <w:name w:val="E7B861630B5C4CE1A524333938711589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BDD1909950C741C6840F0E687420AD3F1">
    <w:name w:val="BDD1909950C741C6840F0E687420AD3F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7F6C278F74F649ACA1823B7F7D0390EA1">
    <w:name w:val="7F6C278F74F649ACA1823B7F7D0390EA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752CC7F856E1499587B033B0FE3B254A1">
    <w:name w:val="752CC7F856E1499587B033B0FE3B254A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F1718452B4224F2696CA52F21E759B351">
    <w:name w:val="F1718452B4224F2696CA52F21E759B35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D88077828A4F4E89ABD70ECD862071C11">
    <w:name w:val="D88077828A4F4E89ABD70ECD862071C1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211931D4B92E409B89E9FC735FC9DB341">
    <w:name w:val="211931D4B92E409B89E9FC735FC9DB34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4268373911624175948B9B9D0B10E82D1">
    <w:name w:val="4268373911624175948B9B9D0B10E82D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3CFEFB2E87D8494EA31F1DBD7AEB5CC21">
    <w:name w:val="3CFEFB2E87D8494EA31F1DBD7AEB5CC2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400</Words>
  <Characters>2204</Characters>
  <Application>Microsoft Office Word</Application>
  <DocSecurity>8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de trabajo individualizado</vt:lpstr>
      <vt:lpstr/>
    </vt:vector>
  </TitlesOfParts>
  <Manager/>
  <Company/>
  <LinksUpToDate>false</LinksUpToDate>
  <CharactersWithSpaces>2599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trabajo individualizado</dc:title>
  <dc:subject>Prestación de servicio a distancia · Inspección de Educación</dc:subject>
  <dc:creator>Consejería de Educación, Cultura y Deportes</dc:creator>
  <cp:keywords>trabajo a distancia, prevención, inspección de educación, autocomprobación</cp:keywords>
  <dc:description/>
  <cp:lastModifiedBy>Silvia Purificacion Moratalla Isasi</cp:lastModifiedBy>
  <cp:revision>5</cp:revision>
  <dcterms:created xsi:type="dcterms:W3CDTF">2026-09-29T11:27:00Z</dcterms:created>
  <dcterms:modified xsi:type="dcterms:W3CDTF">2026-10-13T07:58:00Z</dcterms:modified>
  <cp:category/>
</cp:coreProperties>
</file>